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jc w:val="center"/>
        <w:tblLayout w:type="fixed"/>
        <w:tblLook w:val="04A0" w:firstRow="1" w:lastRow="0" w:firstColumn="1" w:lastColumn="0" w:noHBand="0" w:noVBand="1"/>
      </w:tblPr>
      <w:tblGrid>
        <w:gridCol w:w="5227"/>
        <w:gridCol w:w="5227"/>
      </w:tblGrid>
      <w:tr w:rsidR="00E65BCE" w14:paraId="13491B8A" w14:textId="77777777">
        <w:trPr>
          <w:jc w:val="center"/>
        </w:trPr>
        <w:tc>
          <w:tcPr>
            <w:tcW w:w="5227" w:type="dxa"/>
            <w:tcMar>
              <w:top w:w="0" w:type="dxa"/>
              <w:left w:w="0" w:type="dxa"/>
              <w:bottom w:w="0" w:type="dxa"/>
              <w:right w:w="0" w:type="dxa"/>
            </w:tcMar>
            <w:vAlign w:val="center"/>
          </w:tcPr>
          <w:p w14:paraId="4052504F" w14:textId="77777777" w:rsidR="00E65BCE" w:rsidRDefault="00F32513">
            <w:pPr>
              <w:spacing w:line="252" w:lineRule="auto"/>
            </w:pPr>
            <w:r>
              <w:rPr>
                <w:noProof/>
              </w:rPr>
              <w:drawing>
                <wp:inline distT="0" distB="0" distL="0" distR="0" wp14:anchorId="506961C2" wp14:editId="75D8360D">
                  <wp:extent cx="2148840" cy="12087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FF77B48-B296-4EAB-8FA0-11682E045780.jpeg"/>
                          <pic:cNvPicPr/>
                        </pic:nvPicPr>
                        <pic:blipFill>
                          <a:blip r:embed="rId8"/>
                          <a:stretch>
                            <a:fillRect/>
                          </a:stretch>
                        </pic:blipFill>
                        <pic:spPr>
                          <a:xfrm>
                            <a:off x="0" y="0"/>
                            <a:ext cx="2148840" cy="1208722"/>
                          </a:xfrm>
                          <a:prstGeom prst="rect">
                            <a:avLst/>
                          </a:prstGeom>
                        </pic:spPr>
                      </pic:pic>
                    </a:graphicData>
                  </a:graphic>
                </wp:inline>
              </w:drawing>
            </w:r>
          </w:p>
        </w:tc>
        <w:tc>
          <w:tcPr>
            <w:tcW w:w="5227" w:type="dxa"/>
            <w:tcMar>
              <w:top w:w="0" w:type="dxa"/>
              <w:left w:w="0" w:type="dxa"/>
              <w:bottom w:w="0" w:type="dxa"/>
              <w:right w:w="0" w:type="dxa"/>
            </w:tcMar>
            <w:vAlign w:val="center"/>
          </w:tcPr>
          <w:p w14:paraId="30DFC303" w14:textId="77777777" w:rsidR="00E65BCE" w:rsidRDefault="00F32513">
            <w:pPr>
              <w:spacing w:after="0" w:line="252" w:lineRule="auto"/>
              <w:jc w:val="right"/>
            </w:pPr>
            <w:r>
              <w:rPr>
                <w:b/>
              </w:rPr>
              <w:t>Issued by</w:t>
            </w:r>
            <w:r>
              <w:rPr>
                <w:b/>
              </w:rPr>
              <w:br/>
              <w:t>Alibaba Appliances Sdn. Bhd.</w:t>
            </w:r>
          </w:p>
        </w:tc>
      </w:tr>
    </w:tbl>
    <w:p w14:paraId="76B2419D" w14:textId="77777777" w:rsidR="00E65BCE" w:rsidRDefault="00F32513">
      <w:pPr>
        <w:pStyle w:val="Title"/>
        <w:spacing w:before="160" w:after="40"/>
        <w:jc w:val="center"/>
      </w:pPr>
      <w:r>
        <w:rPr>
          <w:rFonts w:ascii="Aptos Display" w:hAnsi="Aptos Display"/>
          <w:b/>
          <w:sz w:val="40"/>
        </w:rPr>
        <w:t>Dealer and Sales Agent Application Form</w:t>
      </w:r>
    </w:p>
    <w:p w14:paraId="2F8C24FD" w14:textId="77777777" w:rsidR="00E65BCE" w:rsidRDefault="00F32513">
      <w:pPr>
        <w:spacing w:after="160"/>
        <w:jc w:val="center"/>
      </w:pPr>
      <w:r>
        <w:rPr>
          <w:color w:val="6D6D6D"/>
        </w:rPr>
        <w:t>For appointment to market and sell Samview products in Malaysia</w:t>
      </w:r>
    </w:p>
    <w:p w14:paraId="2E73C89D" w14:textId="77777777" w:rsidR="00E65BCE" w:rsidRDefault="00F32513">
      <w:pPr>
        <w:spacing w:after="160" w:line="259" w:lineRule="auto"/>
      </w:pPr>
      <w:r>
        <w:rPr>
          <w:b/>
          <w:sz w:val="19"/>
        </w:rPr>
        <w:t xml:space="preserve">Purpose  </w:t>
      </w:r>
      <w:r>
        <w:rPr>
          <w:sz w:val="19"/>
        </w:rPr>
        <w:t>Use this form to apply as a Samview dealer or sales agent. Submission does not create an appointment. Any approved territory, pricing, discount, commission, credit terms and sales targets will be confirmed separately in writing by Alibaba Appliances Sdn. Bhd.</w:t>
      </w:r>
    </w:p>
    <w:p w14:paraId="2AE40C8C" w14:textId="77777777" w:rsidR="00E65BCE" w:rsidRDefault="00F32513">
      <w:pPr>
        <w:pStyle w:val="Heading1"/>
        <w:spacing w:before="200" w:after="100"/>
      </w:pPr>
      <w:r>
        <w:rPr>
          <w:rFonts w:ascii="Aptos" w:hAnsi="Aptos"/>
          <w:sz w:val="24"/>
        </w:rPr>
        <w:t>1  Application Type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227"/>
        <w:gridCol w:w="6768"/>
      </w:tblGrid>
      <w:tr w:rsidR="00E65BCE" w14:paraId="45CBC1E9" w14:textId="77777777">
        <w:trPr>
          <w:jc w:val="center"/>
        </w:trPr>
        <w:tc>
          <w:tcPr>
            <w:tcW w:w="5227" w:type="dxa"/>
            <w:tcMar>
              <w:top w:w="120" w:type="dxa"/>
              <w:left w:w="120" w:type="dxa"/>
              <w:bottom w:w="120" w:type="dxa"/>
              <w:right w:w="120" w:type="dxa"/>
            </w:tcMar>
            <w:vAlign w:val="center"/>
          </w:tcPr>
          <w:p w14:paraId="09C224B7" w14:textId="77777777" w:rsidR="00E65BCE" w:rsidRDefault="00F32513">
            <w:pPr>
              <w:spacing w:after="0" w:line="252" w:lineRule="auto"/>
            </w:pPr>
            <w:r>
              <w:rPr>
                <w:sz w:val="19"/>
              </w:rPr>
              <w:t>☐</w:t>
            </w:r>
            <w:r>
              <w:rPr>
                <w:sz w:val="19"/>
              </w:rPr>
              <w:t xml:space="preserve">  Authorised Dealer</w:t>
            </w:r>
          </w:p>
        </w:tc>
        <w:tc>
          <w:tcPr>
            <w:tcW w:w="5227" w:type="dxa"/>
            <w:tcMar>
              <w:top w:w="120" w:type="dxa"/>
              <w:left w:w="120" w:type="dxa"/>
              <w:bottom w:w="120" w:type="dxa"/>
              <w:right w:w="120" w:type="dxa"/>
            </w:tcMar>
            <w:vAlign w:val="center"/>
          </w:tcPr>
          <w:p w14:paraId="78072963" w14:textId="77777777" w:rsidR="00E65BCE" w:rsidRDefault="00F32513">
            <w:pPr>
              <w:spacing w:after="0" w:line="252" w:lineRule="auto"/>
            </w:pPr>
            <w:r>
              <w:rPr>
                <w:sz w:val="19"/>
              </w:rPr>
              <w:t>☐</w:t>
            </w:r>
            <w:r>
              <w:rPr>
                <w:sz w:val="19"/>
              </w:rPr>
              <w:t xml:space="preserve">  Sales Agent</w:t>
            </w:r>
          </w:p>
        </w:tc>
      </w:tr>
      <w:tr w:rsidR="00E65BCE" w14:paraId="3CED1795" w14:textId="77777777">
        <w:trPr>
          <w:jc w:val="center"/>
        </w:trPr>
        <w:tc>
          <w:tcPr>
            <w:tcW w:w="5227" w:type="dxa"/>
            <w:tcMar>
              <w:top w:w="120" w:type="dxa"/>
              <w:left w:w="120" w:type="dxa"/>
              <w:bottom w:w="120" w:type="dxa"/>
              <w:right w:w="120" w:type="dxa"/>
            </w:tcMar>
            <w:vAlign w:val="center"/>
          </w:tcPr>
          <w:p w14:paraId="34DAE6BB" w14:textId="77777777" w:rsidR="00E65BCE" w:rsidRDefault="00F32513">
            <w:pPr>
              <w:spacing w:after="0" w:line="252" w:lineRule="auto"/>
            </w:pPr>
            <w:r>
              <w:rPr>
                <w:sz w:val="19"/>
              </w:rPr>
              <w:t>☐</w:t>
            </w:r>
            <w:r>
              <w:rPr>
                <w:sz w:val="19"/>
              </w:rPr>
              <w:t xml:space="preserve">  Project Partner</w:t>
            </w:r>
          </w:p>
        </w:tc>
        <w:tc>
          <w:tcPr>
            <w:tcW w:w="5227" w:type="dxa"/>
            <w:tcMar>
              <w:top w:w="120" w:type="dxa"/>
              <w:left w:w="120" w:type="dxa"/>
              <w:bottom w:w="120" w:type="dxa"/>
              <w:right w:w="120" w:type="dxa"/>
            </w:tcMar>
            <w:vAlign w:val="center"/>
          </w:tcPr>
          <w:p w14:paraId="4CD25AAA" w14:textId="77777777" w:rsidR="00E65BCE" w:rsidRDefault="00F32513">
            <w:pPr>
              <w:spacing w:after="0" w:line="252" w:lineRule="auto"/>
            </w:pPr>
            <w:r>
              <w:rPr>
                <w:sz w:val="19"/>
              </w:rPr>
              <w:t>☐</w:t>
            </w:r>
            <w:r>
              <w:rPr>
                <w:sz w:val="19"/>
              </w:rPr>
              <w:t xml:space="preserve">  Installer or System Integrator</w:t>
            </w:r>
          </w:p>
        </w:tc>
      </w:tr>
      <w:tr w:rsidR="00E65BCE" w14:paraId="13D41055" w14:textId="77777777">
        <w:trPr>
          <w:cantSplit/>
          <w:jc w:val="center"/>
        </w:trPr>
        <w:tc>
          <w:tcPr>
            <w:tcW w:w="3168" w:type="dxa"/>
            <w:shd w:val="clear" w:color="auto" w:fill="F3F3F3"/>
            <w:tcMar>
              <w:top w:w="110" w:type="dxa"/>
              <w:left w:w="120" w:type="dxa"/>
              <w:bottom w:w="110" w:type="dxa"/>
              <w:right w:w="120" w:type="dxa"/>
            </w:tcMar>
            <w:vAlign w:val="center"/>
          </w:tcPr>
          <w:p w14:paraId="6EAE7137" w14:textId="77777777" w:rsidR="00E65BCE" w:rsidRDefault="00F32513">
            <w:pPr>
              <w:spacing w:after="0" w:line="252" w:lineRule="auto"/>
            </w:pPr>
            <w:r>
              <w:rPr>
                <w:b/>
                <w:sz w:val="19"/>
              </w:rPr>
              <w:t>Preferred territory</w:t>
            </w:r>
          </w:p>
        </w:tc>
        <w:tc>
          <w:tcPr>
            <w:tcW w:w="6768" w:type="dxa"/>
            <w:tcMar>
              <w:top w:w="110" w:type="dxa"/>
              <w:left w:w="120" w:type="dxa"/>
              <w:bottom w:w="110" w:type="dxa"/>
              <w:right w:w="120" w:type="dxa"/>
            </w:tcMar>
            <w:vAlign w:val="center"/>
          </w:tcPr>
          <w:p w14:paraId="353A2CC3" w14:textId="77777777" w:rsidR="00E65BCE" w:rsidRDefault="00F32513">
            <w:pPr>
              <w:spacing w:after="0" w:line="252" w:lineRule="auto"/>
            </w:pPr>
            <w:r>
              <w:t>State / district / customer segment: ______________________________________________</w:t>
            </w:r>
          </w:p>
        </w:tc>
      </w:tr>
      <w:tr w:rsidR="00E65BCE" w14:paraId="6EC25975" w14:textId="77777777">
        <w:trPr>
          <w:cantSplit/>
          <w:jc w:val="center"/>
        </w:trPr>
        <w:tc>
          <w:tcPr>
            <w:tcW w:w="3168" w:type="dxa"/>
            <w:shd w:val="clear" w:color="auto" w:fill="F3F3F3"/>
            <w:tcMar>
              <w:top w:w="110" w:type="dxa"/>
              <w:left w:w="120" w:type="dxa"/>
              <w:bottom w:w="110" w:type="dxa"/>
              <w:right w:w="120" w:type="dxa"/>
            </w:tcMar>
            <w:vAlign w:val="center"/>
          </w:tcPr>
          <w:p w14:paraId="4983380A" w14:textId="77777777" w:rsidR="00E65BCE" w:rsidRDefault="00F32513">
            <w:pPr>
              <w:spacing w:after="0" w:line="252" w:lineRule="auto"/>
            </w:pPr>
            <w:r>
              <w:rPr>
                <w:b/>
                <w:sz w:val="19"/>
              </w:rPr>
              <w:t>Application date</w:t>
            </w:r>
          </w:p>
        </w:tc>
        <w:tc>
          <w:tcPr>
            <w:tcW w:w="6768" w:type="dxa"/>
            <w:tcMar>
              <w:top w:w="110" w:type="dxa"/>
              <w:left w:w="120" w:type="dxa"/>
              <w:bottom w:w="110" w:type="dxa"/>
              <w:right w:w="120" w:type="dxa"/>
            </w:tcMar>
            <w:vAlign w:val="center"/>
          </w:tcPr>
          <w:p w14:paraId="4A09A316" w14:textId="77777777" w:rsidR="00E65BCE" w:rsidRDefault="00F32513">
            <w:pPr>
              <w:spacing w:after="0" w:line="252" w:lineRule="auto"/>
            </w:pPr>
            <w:r>
              <w:t>__________________________</w:t>
            </w:r>
          </w:p>
        </w:tc>
      </w:tr>
      <w:tr w:rsidR="00E65BCE" w14:paraId="43A73A82" w14:textId="77777777">
        <w:trPr>
          <w:cantSplit/>
          <w:jc w:val="center"/>
        </w:trPr>
        <w:tc>
          <w:tcPr>
            <w:tcW w:w="3168" w:type="dxa"/>
            <w:shd w:val="clear" w:color="auto" w:fill="F3F3F3"/>
            <w:tcMar>
              <w:top w:w="110" w:type="dxa"/>
              <w:left w:w="120" w:type="dxa"/>
              <w:bottom w:w="110" w:type="dxa"/>
              <w:right w:w="120" w:type="dxa"/>
            </w:tcMar>
            <w:vAlign w:val="center"/>
          </w:tcPr>
          <w:p w14:paraId="30EECEDF" w14:textId="77777777" w:rsidR="00E65BCE" w:rsidRDefault="00F32513">
            <w:pPr>
              <w:spacing w:after="0" w:line="252" w:lineRule="auto"/>
            </w:pPr>
            <w:r>
              <w:rPr>
                <w:b/>
                <w:sz w:val="19"/>
              </w:rPr>
              <w:t>How did you hear about Samview</w:t>
            </w:r>
          </w:p>
        </w:tc>
        <w:tc>
          <w:tcPr>
            <w:tcW w:w="6768" w:type="dxa"/>
            <w:tcMar>
              <w:top w:w="110" w:type="dxa"/>
              <w:left w:w="120" w:type="dxa"/>
              <w:bottom w:w="110" w:type="dxa"/>
              <w:right w:w="120" w:type="dxa"/>
            </w:tcMar>
            <w:vAlign w:val="center"/>
          </w:tcPr>
          <w:p w14:paraId="5483141B" w14:textId="77777777" w:rsidR="00E65BCE" w:rsidRDefault="00F32513">
            <w:pPr>
              <w:spacing w:after="0" w:line="252" w:lineRule="auto"/>
            </w:pPr>
            <w:r>
              <w:t>____________________________________________________________</w:t>
            </w:r>
          </w:p>
        </w:tc>
      </w:tr>
    </w:tbl>
    <w:p w14:paraId="017C59E2" w14:textId="77777777" w:rsidR="00E65BCE" w:rsidRDefault="00F32513">
      <w:pPr>
        <w:pStyle w:val="Heading1"/>
        <w:spacing w:before="200" w:after="100"/>
      </w:pPr>
      <w:r>
        <w:rPr>
          <w:rFonts w:ascii="Aptos" w:hAnsi="Aptos"/>
          <w:sz w:val="24"/>
        </w:rPr>
        <w:t>2  Applicant and Business Details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168"/>
        <w:gridCol w:w="6768"/>
      </w:tblGrid>
      <w:tr w:rsidR="00E65BCE" w14:paraId="08AC6EC0" w14:textId="77777777">
        <w:trPr>
          <w:cantSplit/>
          <w:jc w:val="center"/>
        </w:trPr>
        <w:tc>
          <w:tcPr>
            <w:tcW w:w="3168" w:type="dxa"/>
            <w:shd w:val="clear" w:color="auto" w:fill="F3F3F3"/>
            <w:tcMar>
              <w:top w:w="110" w:type="dxa"/>
              <w:left w:w="120" w:type="dxa"/>
              <w:bottom w:w="110" w:type="dxa"/>
              <w:right w:w="120" w:type="dxa"/>
            </w:tcMar>
            <w:vAlign w:val="center"/>
          </w:tcPr>
          <w:p w14:paraId="1A90DF9D" w14:textId="77777777" w:rsidR="00E65BCE" w:rsidRDefault="00F32513">
            <w:pPr>
              <w:spacing w:after="0" w:line="252" w:lineRule="auto"/>
            </w:pPr>
            <w:r>
              <w:rPr>
                <w:b/>
                <w:sz w:val="19"/>
              </w:rPr>
              <w:t>Registered business name</w:t>
            </w:r>
          </w:p>
        </w:tc>
        <w:tc>
          <w:tcPr>
            <w:tcW w:w="6768" w:type="dxa"/>
            <w:tcMar>
              <w:top w:w="110" w:type="dxa"/>
              <w:left w:w="120" w:type="dxa"/>
              <w:bottom w:w="110" w:type="dxa"/>
              <w:right w:w="120" w:type="dxa"/>
            </w:tcMar>
            <w:vAlign w:val="center"/>
          </w:tcPr>
          <w:p w14:paraId="42DF3977" w14:textId="77777777" w:rsidR="00E65BCE" w:rsidRDefault="00F32513">
            <w:pPr>
              <w:spacing w:after="0" w:line="252" w:lineRule="auto"/>
            </w:pPr>
            <w:r>
              <w:t xml:space="preserve"> </w:t>
            </w:r>
          </w:p>
        </w:tc>
      </w:tr>
      <w:tr w:rsidR="00E65BCE" w14:paraId="4FAD19CA" w14:textId="77777777">
        <w:trPr>
          <w:cantSplit/>
          <w:jc w:val="center"/>
        </w:trPr>
        <w:tc>
          <w:tcPr>
            <w:tcW w:w="3168" w:type="dxa"/>
            <w:shd w:val="clear" w:color="auto" w:fill="F3F3F3"/>
            <w:tcMar>
              <w:top w:w="110" w:type="dxa"/>
              <w:left w:w="120" w:type="dxa"/>
              <w:bottom w:w="110" w:type="dxa"/>
              <w:right w:w="120" w:type="dxa"/>
            </w:tcMar>
            <w:vAlign w:val="center"/>
          </w:tcPr>
          <w:p w14:paraId="5A2175D1" w14:textId="77777777" w:rsidR="00E65BCE" w:rsidRDefault="00F32513">
            <w:pPr>
              <w:spacing w:after="0" w:line="252" w:lineRule="auto"/>
            </w:pPr>
            <w:r>
              <w:rPr>
                <w:b/>
                <w:sz w:val="19"/>
              </w:rPr>
              <w:t>Business registration number</w:t>
            </w:r>
          </w:p>
        </w:tc>
        <w:tc>
          <w:tcPr>
            <w:tcW w:w="6768" w:type="dxa"/>
            <w:tcMar>
              <w:top w:w="110" w:type="dxa"/>
              <w:left w:w="120" w:type="dxa"/>
              <w:bottom w:w="110" w:type="dxa"/>
              <w:right w:w="120" w:type="dxa"/>
            </w:tcMar>
            <w:vAlign w:val="center"/>
          </w:tcPr>
          <w:p w14:paraId="50B1CA5C" w14:textId="77777777" w:rsidR="00E65BCE" w:rsidRDefault="00F32513">
            <w:pPr>
              <w:spacing w:after="0" w:line="252" w:lineRule="auto"/>
            </w:pPr>
            <w:r>
              <w:t xml:space="preserve"> </w:t>
            </w:r>
          </w:p>
        </w:tc>
      </w:tr>
      <w:tr w:rsidR="00E65BCE" w14:paraId="12918578" w14:textId="77777777">
        <w:trPr>
          <w:cantSplit/>
          <w:jc w:val="center"/>
        </w:trPr>
        <w:tc>
          <w:tcPr>
            <w:tcW w:w="3168" w:type="dxa"/>
            <w:shd w:val="clear" w:color="auto" w:fill="F3F3F3"/>
            <w:tcMar>
              <w:top w:w="110" w:type="dxa"/>
              <w:left w:w="120" w:type="dxa"/>
              <w:bottom w:w="110" w:type="dxa"/>
              <w:right w:w="120" w:type="dxa"/>
            </w:tcMar>
            <w:vAlign w:val="center"/>
          </w:tcPr>
          <w:p w14:paraId="3EC34994" w14:textId="77777777" w:rsidR="00E65BCE" w:rsidRDefault="00F32513">
            <w:pPr>
              <w:spacing w:after="0" w:line="252" w:lineRule="auto"/>
            </w:pPr>
            <w:r>
              <w:rPr>
                <w:b/>
                <w:sz w:val="19"/>
              </w:rPr>
              <w:t>Trading name</w:t>
            </w:r>
          </w:p>
        </w:tc>
        <w:tc>
          <w:tcPr>
            <w:tcW w:w="6768" w:type="dxa"/>
            <w:tcMar>
              <w:top w:w="110" w:type="dxa"/>
              <w:left w:w="120" w:type="dxa"/>
              <w:bottom w:w="110" w:type="dxa"/>
              <w:right w:w="120" w:type="dxa"/>
            </w:tcMar>
            <w:vAlign w:val="center"/>
          </w:tcPr>
          <w:p w14:paraId="64EA7B85" w14:textId="77777777" w:rsidR="00E65BCE" w:rsidRDefault="00F32513">
            <w:pPr>
              <w:spacing w:after="0" w:line="252" w:lineRule="auto"/>
            </w:pPr>
            <w:r>
              <w:t xml:space="preserve"> </w:t>
            </w:r>
          </w:p>
        </w:tc>
      </w:tr>
      <w:tr w:rsidR="00E65BCE" w14:paraId="6403A61C" w14:textId="77777777">
        <w:trPr>
          <w:cantSplit/>
          <w:jc w:val="center"/>
        </w:trPr>
        <w:tc>
          <w:tcPr>
            <w:tcW w:w="3168" w:type="dxa"/>
            <w:shd w:val="clear" w:color="auto" w:fill="F3F3F3"/>
            <w:tcMar>
              <w:top w:w="110" w:type="dxa"/>
              <w:left w:w="120" w:type="dxa"/>
              <w:bottom w:w="110" w:type="dxa"/>
              <w:right w:w="120" w:type="dxa"/>
            </w:tcMar>
            <w:vAlign w:val="center"/>
          </w:tcPr>
          <w:p w14:paraId="73BA1280" w14:textId="77777777" w:rsidR="00E65BCE" w:rsidRDefault="00F32513">
            <w:pPr>
              <w:spacing w:after="0" w:line="252" w:lineRule="auto"/>
            </w:pPr>
            <w:r>
              <w:rPr>
                <w:b/>
                <w:sz w:val="19"/>
              </w:rPr>
              <w:t>Business type</w:t>
            </w:r>
          </w:p>
        </w:tc>
        <w:tc>
          <w:tcPr>
            <w:tcW w:w="6768" w:type="dxa"/>
            <w:tcMar>
              <w:top w:w="110" w:type="dxa"/>
              <w:left w:w="120" w:type="dxa"/>
              <w:bottom w:w="110" w:type="dxa"/>
              <w:right w:w="120" w:type="dxa"/>
            </w:tcMar>
            <w:vAlign w:val="center"/>
          </w:tcPr>
          <w:p w14:paraId="4464A466" w14:textId="77777777" w:rsidR="00E65BCE" w:rsidRDefault="00F32513">
            <w:pPr>
              <w:spacing w:after="0" w:line="252" w:lineRule="auto"/>
            </w:pPr>
            <w:r>
              <w:t>☐</w:t>
            </w:r>
            <w:r>
              <w:t xml:space="preserve"> Sdn. Bhd.   ☐ Enterprise   ☐ Partnership   ☐ Individual   ☐ Other: __________</w:t>
            </w:r>
          </w:p>
        </w:tc>
      </w:tr>
      <w:tr w:rsidR="00E65BCE" w14:paraId="491B88BA" w14:textId="77777777">
        <w:trPr>
          <w:cantSplit/>
          <w:jc w:val="center"/>
        </w:trPr>
        <w:tc>
          <w:tcPr>
            <w:tcW w:w="3168" w:type="dxa"/>
            <w:shd w:val="clear" w:color="auto" w:fill="F3F3F3"/>
            <w:tcMar>
              <w:top w:w="110" w:type="dxa"/>
              <w:left w:w="120" w:type="dxa"/>
              <w:bottom w:w="110" w:type="dxa"/>
              <w:right w:w="120" w:type="dxa"/>
            </w:tcMar>
            <w:vAlign w:val="center"/>
          </w:tcPr>
          <w:p w14:paraId="7B085DD4" w14:textId="77777777" w:rsidR="00E65BCE" w:rsidRDefault="00F32513">
            <w:pPr>
              <w:spacing w:after="0" w:line="252" w:lineRule="auto"/>
            </w:pPr>
            <w:r>
              <w:rPr>
                <w:b/>
                <w:sz w:val="19"/>
              </w:rPr>
              <w:t>Year established</w:t>
            </w:r>
          </w:p>
        </w:tc>
        <w:tc>
          <w:tcPr>
            <w:tcW w:w="6768" w:type="dxa"/>
            <w:tcMar>
              <w:top w:w="110" w:type="dxa"/>
              <w:left w:w="120" w:type="dxa"/>
              <w:bottom w:w="110" w:type="dxa"/>
              <w:right w:w="120" w:type="dxa"/>
            </w:tcMar>
            <w:vAlign w:val="center"/>
          </w:tcPr>
          <w:p w14:paraId="0B04902B" w14:textId="77777777" w:rsidR="00E65BCE" w:rsidRDefault="00F32513">
            <w:pPr>
              <w:spacing w:after="0" w:line="252" w:lineRule="auto"/>
            </w:pPr>
            <w:r>
              <w:t xml:space="preserve"> </w:t>
            </w:r>
          </w:p>
        </w:tc>
      </w:tr>
      <w:tr w:rsidR="00E65BCE" w14:paraId="46E72237" w14:textId="77777777">
        <w:trPr>
          <w:cantSplit/>
          <w:jc w:val="center"/>
        </w:trPr>
        <w:tc>
          <w:tcPr>
            <w:tcW w:w="3168" w:type="dxa"/>
            <w:shd w:val="clear" w:color="auto" w:fill="F3F3F3"/>
            <w:tcMar>
              <w:top w:w="110" w:type="dxa"/>
              <w:left w:w="120" w:type="dxa"/>
              <w:bottom w:w="110" w:type="dxa"/>
              <w:right w:w="120" w:type="dxa"/>
            </w:tcMar>
            <w:vAlign w:val="center"/>
          </w:tcPr>
          <w:p w14:paraId="40592FDF" w14:textId="77777777" w:rsidR="00E65BCE" w:rsidRDefault="00F32513">
            <w:pPr>
              <w:spacing w:after="0" w:line="252" w:lineRule="auto"/>
            </w:pPr>
            <w:r>
              <w:rPr>
                <w:b/>
                <w:sz w:val="19"/>
              </w:rPr>
              <w:t>Registered address</w:t>
            </w:r>
          </w:p>
        </w:tc>
        <w:tc>
          <w:tcPr>
            <w:tcW w:w="6768" w:type="dxa"/>
            <w:tcMar>
              <w:top w:w="110" w:type="dxa"/>
              <w:left w:w="120" w:type="dxa"/>
              <w:bottom w:w="110" w:type="dxa"/>
              <w:right w:w="120" w:type="dxa"/>
            </w:tcMar>
            <w:vAlign w:val="center"/>
          </w:tcPr>
          <w:p w14:paraId="388E51DB" w14:textId="77777777" w:rsidR="00E65BCE" w:rsidRDefault="00F32513">
            <w:pPr>
              <w:spacing w:after="0" w:line="252" w:lineRule="auto"/>
            </w:pPr>
            <w:r>
              <w:br/>
            </w:r>
          </w:p>
        </w:tc>
      </w:tr>
      <w:tr w:rsidR="00E65BCE" w14:paraId="57DF7027" w14:textId="77777777">
        <w:trPr>
          <w:cantSplit/>
          <w:jc w:val="center"/>
        </w:trPr>
        <w:tc>
          <w:tcPr>
            <w:tcW w:w="3168" w:type="dxa"/>
            <w:shd w:val="clear" w:color="auto" w:fill="F3F3F3"/>
            <w:tcMar>
              <w:top w:w="110" w:type="dxa"/>
              <w:left w:w="120" w:type="dxa"/>
              <w:bottom w:w="110" w:type="dxa"/>
              <w:right w:w="120" w:type="dxa"/>
            </w:tcMar>
            <w:vAlign w:val="center"/>
          </w:tcPr>
          <w:p w14:paraId="2C1861C9" w14:textId="77777777" w:rsidR="00E65BCE" w:rsidRDefault="00F32513">
            <w:pPr>
              <w:spacing w:after="0" w:line="252" w:lineRule="auto"/>
            </w:pPr>
            <w:r>
              <w:rPr>
                <w:b/>
                <w:sz w:val="19"/>
              </w:rPr>
              <w:t>Operating address</w:t>
            </w:r>
          </w:p>
        </w:tc>
        <w:tc>
          <w:tcPr>
            <w:tcW w:w="6768" w:type="dxa"/>
            <w:tcMar>
              <w:top w:w="110" w:type="dxa"/>
              <w:left w:w="120" w:type="dxa"/>
              <w:bottom w:w="110" w:type="dxa"/>
              <w:right w:w="120" w:type="dxa"/>
            </w:tcMar>
            <w:vAlign w:val="center"/>
          </w:tcPr>
          <w:p w14:paraId="3E6C32A3" w14:textId="77777777" w:rsidR="00E65BCE" w:rsidRDefault="00F32513">
            <w:pPr>
              <w:spacing w:after="0" w:line="252" w:lineRule="auto"/>
            </w:pPr>
            <w:r>
              <w:br/>
            </w:r>
          </w:p>
        </w:tc>
      </w:tr>
      <w:tr w:rsidR="00E65BCE" w14:paraId="4CD39E71" w14:textId="77777777">
        <w:trPr>
          <w:cantSplit/>
          <w:jc w:val="center"/>
        </w:trPr>
        <w:tc>
          <w:tcPr>
            <w:tcW w:w="3168" w:type="dxa"/>
            <w:shd w:val="clear" w:color="auto" w:fill="F3F3F3"/>
            <w:tcMar>
              <w:top w:w="110" w:type="dxa"/>
              <w:left w:w="120" w:type="dxa"/>
              <w:bottom w:w="110" w:type="dxa"/>
              <w:right w:w="120" w:type="dxa"/>
            </w:tcMar>
            <w:vAlign w:val="center"/>
          </w:tcPr>
          <w:p w14:paraId="31DE7950" w14:textId="77777777" w:rsidR="00E65BCE" w:rsidRDefault="00F32513">
            <w:pPr>
              <w:spacing w:after="0" w:line="252" w:lineRule="auto"/>
            </w:pPr>
            <w:r>
              <w:rPr>
                <w:b/>
                <w:sz w:val="19"/>
              </w:rPr>
              <w:t>Website and social media</w:t>
            </w:r>
          </w:p>
        </w:tc>
        <w:tc>
          <w:tcPr>
            <w:tcW w:w="6768" w:type="dxa"/>
            <w:tcMar>
              <w:top w:w="110" w:type="dxa"/>
              <w:left w:w="120" w:type="dxa"/>
              <w:bottom w:w="110" w:type="dxa"/>
              <w:right w:w="120" w:type="dxa"/>
            </w:tcMar>
            <w:vAlign w:val="center"/>
          </w:tcPr>
          <w:p w14:paraId="3EE0B02E" w14:textId="77777777" w:rsidR="00E65BCE" w:rsidRDefault="00F32513">
            <w:pPr>
              <w:spacing w:after="0" w:line="252" w:lineRule="auto"/>
            </w:pPr>
            <w:r>
              <w:t xml:space="preserve"> </w:t>
            </w:r>
          </w:p>
        </w:tc>
      </w:tr>
    </w:tbl>
    <w:p w14:paraId="6D7224B2" w14:textId="77777777" w:rsidR="00E65BCE" w:rsidRDefault="00F32513">
      <w:pPr>
        <w:pStyle w:val="Heading1"/>
        <w:spacing w:before="200" w:after="100"/>
      </w:pPr>
      <w:r>
        <w:rPr>
          <w:rFonts w:ascii="Aptos" w:hAnsi="Aptos"/>
          <w:sz w:val="24"/>
        </w:rPr>
        <w:t>3  Primary Contact and Ownership</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168"/>
        <w:gridCol w:w="6768"/>
      </w:tblGrid>
      <w:tr w:rsidR="00E65BCE" w14:paraId="436BAA7A" w14:textId="77777777">
        <w:trPr>
          <w:cantSplit/>
          <w:jc w:val="center"/>
        </w:trPr>
        <w:tc>
          <w:tcPr>
            <w:tcW w:w="3168" w:type="dxa"/>
            <w:shd w:val="clear" w:color="auto" w:fill="F3F3F3"/>
            <w:tcMar>
              <w:top w:w="110" w:type="dxa"/>
              <w:left w:w="120" w:type="dxa"/>
              <w:bottom w:w="110" w:type="dxa"/>
              <w:right w:w="120" w:type="dxa"/>
            </w:tcMar>
            <w:vAlign w:val="center"/>
          </w:tcPr>
          <w:p w14:paraId="4EF6C416" w14:textId="77777777" w:rsidR="00E65BCE" w:rsidRDefault="00F32513">
            <w:pPr>
              <w:spacing w:after="0" w:line="252" w:lineRule="auto"/>
            </w:pPr>
            <w:r>
              <w:rPr>
                <w:b/>
                <w:sz w:val="19"/>
              </w:rPr>
              <w:t>Contact person</w:t>
            </w:r>
          </w:p>
        </w:tc>
        <w:tc>
          <w:tcPr>
            <w:tcW w:w="6768" w:type="dxa"/>
            <w:tcMar>
              <w:top w:w="110" w:type="dxa"/>
              <w:left w:w="120" w:type="dxa"/>
              <w:bottom w:w="110" w:type="dxa"/>
              <w:right w:w="120" w:type="dxa"/>
            </w:tcMar>
            <w:vAlign w:val="center"/>
          </w:tcPr>
          <w:p w14:paraId="6BCD70C2" w14:textId="77777777" w:rsidR="00E65BCE" w:rsidRDefault="00F32513">
            <w:pPr>
              <w:spacing w:after="0" w:line="252" w:lineRule="auto"/>
            </w:pPr>
            <w:r>
              <w:t xml:space="preserve"> </w:t>
            </w:r>
          </w:p>
        </w:tc>
      </w:tr>
      <w:tr w:rsidR="00E65BCE" w14:paraId="4B80C781" w14:textId="77777777">
        <w:trPr>
          <w:cantSplit/>
          <w:jc w:val="center"/>
        </w:trPr>
        <w:tc>
          <w:tcPr>
            <w:tcW w:w="3168" w:type="dxa"/>
            <w:shd w:val="clear" w:color="auto" w:fill="F3F3F3"/>
            <w:tcMar>
              <w:top w:w="110" w:type="dxa"/>
              <w:left w:w="120" w:type="dxa"/>
              <w:bottom w:w="110" w:type="dxa"/>
              <w:right w:w="120" w:type="dxa"/>
            </w:tcMar>
            <w:vAlign w:val="center"/>
          </w:tcPr>
          <w:p w14:paraId="1477E8A8" w14:textId="77777777" w:rsidR="00E65BCE" w:rsidRDefault="00F32513">
            <w:pPr>
              <w:spacing w:after="0" w:line="252" w:lineRule="auto"/>
            </w:pPr>
            <w:r>
              <w:rPr>
                <w:b/>
                <w:sz w:val="19"/>
              </w:rPr>
              <w:t>Position</w:t>
            </w:r>
          </w:p>
        </w:tc>
        <w:tc>
          <w:tcPr>
            <w:tcW w:w="6768" w:type="dxa"/>
            <w:tcMar>
              <w:top w:w="110" w:type="dxa"/>
              <w:left w:w="120" w:type="dxa"/>
              <w:bottom w:w="110" w:type="dxa"/>
              <w:right w:w="120" w:type="dxa"/>
            </w:tcMar>
            <w:vAlign w:val="center"/>
          </w:tcPr>
          <w:p w14:paraId="572542CE" w14:textId="77777777" w:rsidR="00E65BCE" w:rsidRDefault="00F32513">
            <w:pPr>
              <w:spacing w:after="0" w:line="252" w:lineRule="auto"/>
            </w:pPr>
            <w:r>
              <w:t xml:space="preserve"> </w:t>
            </w:r>
          </w:p>
        </w:tc>
      </w:tr>
      <w:tr w:rsidR="00E65BCE" w14:paraId="50BDF959" w14:textId="77777777">
        <w:trPr>
          <w:cantSplit/>
          <w:jc w:val="center"/>
        </w:trPr>
        <w:tc>
          <w:tcPr>
            <w:tcW w:w="3168" w:type="dxa"/>
            <w:shd w:val="clear" w:color="auto" w:fill="F3F3F3"/>
            <w:tcMar>
              <w:top w:w="110" w:type="dxa"/>
              <w:left w:w="120" w:type="dxa"/>
              <w:bottom w:w="110" w:type="dxa"/>
              <w:right w:w="120" w:type="dxa"/>
            </w:tcMar>
            <w:vAlign w:val="center"/>
          </w:tcPr>
          <w:p w14:paraId="26728492" w14:textId="77777777" w:rsidR="00E65BCE" w:rsidRDefault="00F32513">
            <w:pPr>
              <w:spacing w:after="0" w:line="252" w:lineRule="auto"/>
            </w:pPr>
            <w:r>
              <w:rPr>
                <w:b/>
                <w:sz w:val="19"/>
              </w:rPr>
              <w:lastRenderedPageBreak/>
              <w:t>Mobile number</w:t>
            </w:r>
          </w:p>
        </w:tc>
        <w:tc>
          <w:tcPr>
            <w:tcW w:w="6768" w:type="dxa"/>
            <w:tcMar>
              <w:top w:w="110" w:type="dxa"/>
              <w:left w:w="120" w:type="dxa"/>
              <w:bottom w:w="110" w:type="dxa"/>
              <w:right w:w="120" w:type="dxa"/>
            </w:tcMar>
            <w:vAlign w:val="center"/>
          </w:tcPr>
          <w:p w14:paraId="12548D50" w14:textId="77777777" w:rsidR="00E65BCE" w:rsidRDefault="00F32513">
            <w:pPr>
              <w:spacing w:after="0" w:line="252" w:lineRule="auto"/>
            </w:pPr>
            <w:r>
              <w:t xml:space="preserve"> </w:t>
            </w:r>
          </w:p>
        </w:tc>
      </w:tr>
      <w:tr w:rsidR="00E65BCE" w14:paraId="74FAB614" w14:textId="77777777">
        <w:trPr>
          <w:cantSplit/>
          <w:jc w:val="center"/>
        </w:trPr>
        <w:tc>
          <w:tcPr>
            <w:tcW w:w="3168" w:type="dxa"/>
            <w:shd w:val="clear" w:color="auto" w:fill="F3F3F3"/>
            <w:tcMar>
              <w:top w:w="110" w:type="dxa"/>
              <w:left w:w="120" w:type="dxa"/>
              <w:bottom w:w="110" w:type="dxa"/>
              <w:right w:w="120" w:type="dxa"/>
            </w:tcMar>
            <w:vAlign w:val="center"/>
          </w:tcPr>
          <w:p w14:paraId="2313A985" w14:textId="77777777" w:rsidR="00E65BCE" w:rsidRDefault="00F32513">
            <w:pPr>
              <w:spacing w:after="0" w:line="252" w:lineRule="auto"/>
            </w:pPr>
            <w:r>
              <w:rPr>
                <w:b/>
                <w:sz w:val="19"/>
              </w:rPr>
              <w:t>Office number</w:t>
            </w:r>
          </w:p>
        </w:tc>
        <w:tc>
          <w:tcPr>
            <w:tcW w:w="6768" w:type="dxa"/>
            <w:tcMar>
              <w:top w:w="110" w:type="dxa"/>
              <w:left w:w="120" w:type="dxa"/>
              <w:bottom w:w="110" w:type="dxa"/>
              <w:right w:w="120" w:type="dxa"/>
            </w:tcMar>
            <w:vAlign w:val="center"/>
          </w:tcPr>
          <w:p w14:paraId="445B1328" w14:textId="77777777" w:rsidR="00E65BCE" w:rsidRDefault="00F32513">
            <w:pPr>
              <w:spacing w:after="0" w:line="252" w:lineRule="auto"/>
            </w:pPr>
            <w:r>
              <w:t xml:space="preserve"> </w:t>
            </w:r>
          </w:p>
        </w:tc>
      </w:tr>
      <w:tr w:rsidR="00E65BCE" w14:paraId="1AEB5751" w14:textId="77777777">
        <w:trPr>
          <w:cantSplit/>
          <w:jc w:val="center"/>
        </w:trPr>
        <w:tc>
          <w:tcPr>
            <w:tcW w:w="3168" w:type="dxa"/>
            <w:shd w:val="clear" w:color="auto" w:fill="F3F3F3"/>
            <w:tcMar>
              <w:top w:w="110" w:type="dxa"/>
              <w:left w:w="120" w:type="dxa"/>
              <w:bottom w:w="110" w:type="dxa"/>
              <w:right w:w="120" w:type="dxa"/>
            </w:tcMar>
            <w:vAlign w:val="center"/>
          </w:tcPr>
          <w:p w14:paraId="51280138" w14:textId="77777777" w:rsidR="00E65BCE" w:rsidRDefault="00F32513">
            <w:pPr>
              <w:spacing w:after="0" w:line="252" w:lineRule="auto"/>
            </w:pPr>
            <w:r>
              <w:rPr>
                <w:b/>
                <w:sz w:val="19"/>
              </w:rPr>
              <w:t>Email address</w:t>
            </w:r>
          </w:p>
        </w:tc>
        <w:tc>
          <w:tcPr>
            <w:tcW w:w="6768" w:type="dxa"/>
            <w:tcMar>
              <w:top w:w="110" w:type="dxa"/>
              <w:left w:w="120" w:type="dxa"/>
              <w:bottom w:w="110" w:type="dxa"/>
              <w:right w:w="120" w:type="dxa"/>
            </w:tcMar>
            <w:vAlign w:val="center"/>
          </w:tcPr>
          <w:p w14:paraId="06C3A706" w14:textId="77777777" w:rsidR="00E65BCE" w:rsidRDefault="00F32513">
            <w:pPr>
              <w:spacing w:after="0" w:line="252" w:lineRule="auto"/>
            </w:pPr>
            <w:r>
              <w:t xml:space="preserve"> </w:t>
            </w:r>
          </w:p>
        </w:tc>
      </w:tr>
      <w:tr w:rsidR="00E65BCE" w14:paraId="561AD55F" w14:textId="77777777">
        <w:trPr>
          <w:cantSplit/>
          <w:jc w:val="center"/>
        </w:trPr>
        <w:tc>
          <w:tcPr>
            <w:tcW w:w="3168" w:type="dxa"/>
            <w:shd w:val="clear" w:color="auto" w:fill="F3F3F3"/>
            <w:tcMar>
              <w:top w:w="110" w:type="dxa"/>
              <w:left w:w="120" w:type="dxa"/>
              <w:bottom w:w="110" w:type="dxa"/>
              <w:right w:w="120" w:type="dxa"/>
            </w:tcMar>
            <w:vAlign w:val="center"/>
          </w:tcPr>
          <w:p w14:paraId="51817280" w14:textId="77777777" w:rsidR="00E65BCE" w:rsidRDefault="00F32513">
            <w:pPr>
              <w:spacing w:after="0" w:line="252" w:lineRule="auto"/>
            </w:pPr>
            <w:r>
              <w:rPr>
                <w:b/>
                <w:sz w:val="19"/>
              </w:rPr>
              <w:t>Owner or director names</w:t>
            </w:r>
          </w:p>
        </w:tc>
        <w:tc>
          <w:tcPr>
            <w:tcW w:w="6768" w:type="dxa"/>
            <w:tcMar>
              <w:top w:w="110" w:type="dxa"/>
              <w:left w:w="120" w:type="dxa"/>
              <w:bottom w:w="110" w:type="dxa"/>
              <w:right w:w="120" w:type="dxa"/>
            </w:tcMar>
            <w:vAlign w:val="center"/>
          </w:tcPr>
          <w:p w14:paraId="6E127B8D" w14:textId="77777777" w:rsidR="00E65BCE" w:rsidRDefault="00F32513">
            <w:pPr>
              <w:spacing w:after="0" w:line="252" w:lineRule="auto"/>
            </w:pPr>
            <w:r>
              <w:br/>
            </w:r>
          </w:p>
        </w:tc>
      </w:tr>
      <w:tr w:rsidR="00E65BCE" w14:paraId="25528D01" w14:textId="77777777">
        <w:trPr>
          <w:cantSplit/>
          <w:jc w:val="center"/>
        </w:trPr>
        <w:tc>
          <w:tcPr>
            <w:tcW w:w="3168" w:type="dxa"/>
            <w:shd w:val="clear" w:color="auto" w:fill="F3F3F3"/>
            <w:tcMar>
              <w:top w:w="110" w:type="dxa"/>
              <w:left w:w="120" w:type="dxa"/>
              <w:bottom w:w="110" w:type="dxa"/>
              <w:right w:w="120" w:type="dxa"/>
            </w:tcMar>
            <w:vAlign w:val="center"/>
          </w:tcPr>
          <w:p w14:paraId="5E786ECF" w14:textId="77777777" w:rsidR="00E65BCE" w:rsidRDefault="00F32513">
            <w:pPr>
              <w:spacing w:after="0" w:line="252" w:lineRule="auto"/>
            </w:pPr>
            <w:r>
              <w:rPr>
                <w:b/>
                <w:sz w:val="19"/>
              </w:rPr>
              <w:t>Identity or passport number</w:t>
            </w:r>
          </w:p>
        </w:tc>
        <w:tc>
          <w:tcPr>
            <w:tcW w:w="6768" w:type="dxa"/>
            <w:tcMar>
              <w:top w:w="110" w:type="dxa"/>
              <w:left w:w="120" w:type="dxa"/>
              <w:bottom w:w="110" w:type="dxa"/>
              <w:right w:w="120" w:type="dxa"/>
            </w:tcMar>
            <w:vAlign w:val="center"/>
          </w:tcPr>
          <w:p w14:paraId="4D3FD81C" w14:textId="77777777" w:rsidR="00E65BCE" w:rsidRDefault="00F32513">
            <w:pPr>
              <w:spacing w:after="0" w:line="252" w:lineRule="auto"/>
            </w:pPr>
            <w:r>
              <w:t>Optional unless requested during verification: __________________________</w:t>
            </w:r>
          </w:p>
        </w:tc>
      </w:tr>
    </w:tbl>
    <w:p w14:paraId="6AF8293E" w14:textId="77777777" w:rsidR="00E65BCE" w:rsidRDefault="00F32513">
      <w:pPr>
        <w:pStyle w:val="Heading1"/>
        <w:spacing w:before="200" w:after="100"/>
      </w:pPr>
      <w:r>
        <w:rPr>
          <w:rFonts w:ascii="Aptos" w:hAnsi="Aptos"/>
          <w:sz w:val="24"/>
        </w:rPr>
        <w:t>4  Product and Market Interest</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227"/>
        <w:gridCol w:w="6768"/>
      </w:tblGrid>
      <w:tr w:rsidR="00E65BCE" w14:paraId="31171E4C" w14:textId="77777777">
        <w:trPr>
          <w:jc w:val="center"/>
        </w:trPr>
        <w:tc>
          <w:tcPr>
            <w:tcW w:w="5227" w:type="dxa"/>
            <w:tcMar>
              <w:top w:w="120" w:type="dxa"/>
              <w:left w:w="120" w:type="dxa"/>
              <w:bottom w:w="120" w:type="dxa"/>
              <w:right w:w="120" w:type="dxa"/>
            </w:tcMar>
            <w:vAlign w:val="center"/>
          </w:tcPr>
          <w:p w14:paraId="4D530D1C" w14:textId="77777777" w:rsidR="00E65BCE" w:rsidRDefault="00F32513">
            <w:pPr>
              <w:spacing w:after="0" w:line="252" w:lineRule="auto"/>
            </w:pPr>
            <w:r>
              <w:rPr>
                <w:sz w:val="19"/>
              </w:rPr>
              <w:t>☐</w:t>
            </w:r>
            <w:r>
              <w:rPr>
                <w:sz w:val="19"/>
              </w:rPr>
              <w:t xml:space="preserve">  Samview AI Smartboard</w:t>
            </w:r>
          </w:p>
        </w:tc>
        <w:tc>
          <w:tcPr>
            <w:tcW w:w="5227" w:type="dxa"/>
            <w:tcMar>
              <w:top w:w="120" w:type="dxa"/>
              <w:left w:w="120" w:type="dxa"/>
              <w:bottom w:w="120" w:type="dxa"/>
              <w:right w:w="120" w:type="dxa"/>
            </w:tcMar>
            <w:vAlign w:val="center"/>
          </w:tcPr>
          <w:p w14:paraId="062AC012" w14:textId="77777777" w:rsidR="00E65BCE" w:rsidRDefault="00F32513">
            <w:pPr>
              <w:spacing w:after="0" w:line="252" w:lineRule="auto"/>
            </w:pPr>
            <w:r>
              <w:rPr>
                <w:sz w:val="19"/>
              </w:rPr>
              <w:t>☐</w:t>
            </w:r>
            <w:r>
              <w:rPr>
                <w:sz w:val="19"/>
              </w:rPr>
              <w:t xml:space="preserve">  Google TV and Android TV</w:t>
            </w:r>
          </w:p>
        </w:tc>
      </w:tr>
      <w:tr w:rsidR="00E65BCE" w14:paraId="12EBD4CC" w14:textId="77777777">
        <w:trPr>
          <w:jc w:val="center"/>
        </w:trPr>
        <w:tc>
          <w:tcPr>
            <w:tcW w:w="5227" w:type="dxa"/>
            <w:tcMar>
              <w:top w:w="120" w:type="dxa"/>
              <w:left w:w="120" w:type="dxa"/>
              <w:bottom w:w="120" w:type="dxa"/>
              <w:right w:w="120" w:type="dxa"/>
            </w:tcMar>
            <w:vAlign w:val="center"/>
          </w:tcPr>
          <w:p w14:paraId="5EF22672" w14:textId="77777777" w:rsidR="00E65BCE" w:rsidRDefault="00F32513">
            <w:pPr>
              <w:spacing w:after="0" w:line="252" w:lineRule="auto"/>
            </w:pPr>
            <w:r>
              <w:rPr>
                <w:sz w:val="19"/>
              </w:rPr>
              <w:t>☐</w:t>
            </w:r>
            <w:r>
              <w:rPr>
                <w:sz w:val="19"/>
              </w:rPr>
              <w:t xml:space="preserve">  Digital signage and touch kiosk</w:t>
            </w:r>
          </w:p>
        </w:tc>
        <w:tc>
          <w:tcPr>
            <w:tcW w:w="5227" w:type="dxa"/>
            <w:tcMar>
              <w:top w:w="120" w:type="dxa"/>
              <w:left w:w="120" w:type="dxa"/>
              <w:bottom w:w="120" w:type="dxa"/>
              <w:right w:w="120" w:type="dxa"/>
            </w:tcMar>
            <w:vAlign w:val="center"/>
          </w:tcPr>
          <w:p w14:paraId="0AB9BF48" w14:textId="77777777" w:rsidR="00E65BCE" w:rsidRDefault="00F32513">
            <w:pPr>
              <w:spacing w:after="0" w:line="252" w:lineRule="auto"/>
            </w:pPr>
            <w:r>
              <w:rPr>
                <w:sz w:val="19"/>
              </w:rPr>
              <w:t>☐</w:t>
            </w:r>
            <w:r>
              <w:rPr>
                <w:sz w:val="19"/>
              </w:rPr>
              <w:t xml:space="preserve">  LED video wall</w:t>
            </w:r>
          </w:p>
        </w:tc>
      </w:tr>
      <w:tr w:rsidR="00E65BCE" w14:paraId="30B3AECE" w14:textId="77777777">
        <w:trPr>
          <w:jc w:val="center"/>
        </w:trPr>
        <w:tc>
          <w:tcPr>
            <w:tcW w:w="5227" w:type="dxa"/>
            <w:tcMar>
              <w:top w:w="120" w:type="dxa"/>
              <w:left w:w="120" w:type="dxa"/>
              <w:bottom w:w="120" w:type="dxa"/>
              <w:right w:w="120" w:type="dxa"/>
            </w:tcMar>
            <w:vAlign w:val="center"/>
          </w:tcPr>
          <w:p w14:paraId="7C4F4CF4" w14:textId="77777777" w:rsidR="00E65BCE" w:rsidRDefault="00F32513">
            <w:pPr>
              <w:spacing w:after="0" w:line="252" w:lineRule="auto"/>
            </w:pPr>
            <w:r>
              <w:rPr>
                <w:sz w:val="19"/>
              </w:rPr>
              <w:t>☐</w:t>
            </w:r>
            <w:r>
              <w:rPr>
                <w:sz w:val="19"/>
              </w:rPr>
              <w:t xml:space="preserve">  LCD video wall and command centre</w:t>
            </w:r>
          </w:p>
        </w:tc>
        <w:tc>
          <w:tcPr>
            <w:tcW w:w="5227" w:type="dxa"/>
            <w:tcMar>
              <w:top w:w="120" w:type="dxa"/>
              <w:left w:w="120" w:type="dxa"/>
              <w:bottom w:w="120" w:type="dxa"/>
              <w:right w:w="120" w:type="dxa"/>
            </w:tcMar>
            <w:vAlign w:val="center"/>
          </w:tcPr>
          <w:p w14:paraId="09482B59" w14:textId="77777777" w:rsidR="00E65BCE" w:rsidRDefault="00F32513">
            <w:pPr>
              <w:spacing w:after="0" w:line="252" w:lineRule="auto"/>
            </w:pPr>
            <w:r>
              <w:rPr>
                <w:sz w:val="19"/>
              </w:rPr>
              <w:t>☐</w:t>
            </w:r>
            <w:r>
              <w:rPr>
                <w:sz w:val="19"/>
              </w:rPr>
              <w:t xml:space="preserve">  Monitors and accessories</w:t>
            </w:r>
          </w:p>
        </w:tc>
      </w:tr>
      <w:tr w:rsidR="00E65BCE" w14:paraId="04074FF1" w14:textId="77777777">
        <w:trPr>
          <w:jc w:val="center"/>
        </w:trPr>
        <w:tc>
          <w:tcPr>
            <w:tcW w:w="5227" w:type="dxa"/>
            <w:tcMar>
              <w:top w:w="120" w:type="dxa"/>
              <w:left w:w="120" w:type="dxa"/>
              <w:bottom w:w="120" w:type="dxa"/>
              <w:right w:w="120" w:type="dxa"/>
            </w:tcMar>
            <w:vAlign w:val="center"/>
          </w:tcPr>
          <w:p w14:paraId="7845D486" w14:textId="77777777" w:rsidR="00E65BCE" w:rsidRDefault="00F32513">
            <w:pPr>
              <w:spacing w:after="0" w:line="252" w:lineRule="auto"/>
            </w:pPr>
            <w:r>
              <w:rPr>
                <w:sz w:val="19"/>
              </w:rPr>
              <w:t>☐</w:t>
            </w:r>
            <w:r>
              <w:rPr>
                <w:sz w:val="19"/>
              </w:rPr>
              <w:t xml:space="preserve">  OPS computers and peripherals</w:t>
            </w:r>
          </w:p>
        </w:tc>
        <w:tc>
          <w:tcPr>
            <w:tcW w:w="5227" w:type="dxa"/>
            <w:tcMar>
              <w:top w:w="120" w:type="dxa"/>
              <w:left w:w="120" w:type="dxa"/>
              <w:bottom w:w="120" w:type="dxa"/>
              <w:right w:w="120" w:type="dxa"/>
            </w:tcMar>
            <w:vAlign w:val="center"/>
          </w:tcPr>
          <w:p w14:paraId="29F701A8" w14:textId="77777777" w:rsidR="00E65BCE" w:rsidRDefault="00F32513">
            <w:pPr>
              <w:spacing w:after="0" w:line="252" w:lineRule="auto"/>
            </w:pPr>
            <w:r>
              <w:rPr>
                <w:sz w:val="19"/>
              </w:rPr>
              <w:t>☐</w:t>
            </w:r>
            <w:r>
              <w:rPr>
                <w:sz w:val="19"/>
              </w:rPr>
              <w:t xml:space="preserve">  Training and education solutions</w:t>
            </w:r>
          </w:p>
        </w:tc>
      </w:tr>
      <w:tr w:rsidR="00E65BCE" w14:paraId="07DA1106" w14:textId="77777777">
        <w:trPr>
          <w:cantSplit/>
          <w:jc w:val="center"/>
        </w:trPr>
        <w:tc>
          <w:tcPr>
            <w:tcW w:w="3168" w:type="dxa"/>
            <w:shd w:val="clear" w:color="auto" w:fill="F3F3F3"/>
            <w:tcMar>
              <w:top w:w="110" w:type="dxa"/>
              <w:left w:w="120" w:type="dxa"/>
              <w:bottom w:w="110" w:type="dxa"/>
              <w:right w:w="120" w:type="dxa"/>
            </w:tcMar>
            <w:vAlign w:val="center"/>
          </w:tcPr>
          <w:p w14:paraId="27929616" w14:textId="77777777" w:rsidR="00E65BCE" w:rsidRDefault="00F32513">
            <w:pPr>
              <w:spacing w:after="0" w:line="252" w:lineRule="auto"/>
            </w:pPr>
            <w:r>
              <w:rPr>
                <w:b/>
                <w:sz w:val="19"/>
              </w:rPr>
              <w:t>Main customer segments</w:t>
            </w:r>
          </w:p>
        </w:tc>
        <w:tc>
          <w:tcPr>
            <w:tcW w:w="6768" w:type="dxa"/>
            <w:tcMar>
              <w:top w:w="110" w:type="dxa"/>
              <w:left w:w="120" w:type="dxa"/>
              <w:bottom w:w="110" w:type="dxa"/>
              <w:right w:w="120" w:type="dxa"/>
            </w:tcMar>
            <w:vAlign w:val="center"/>
          </w:tcPr>
          <w:p w14:paraId="3D94930C" w14:textId="77777777" w:rsidR="00E65BCE" w:rsidRDefault="00F32513">
            <w:pPr>
              <w:spacing w:after="0" w:line="252" w:lineRule="auto"/>
            </w:pPr>
            <w:r>
              <w:t>☐</w:t>
            </w:r>
            <w:r>
              <w:t xml:space="preserve"> Schools   ☐ Higher education   ☐ Government   ☐ Corporate   ☐ Retail   ☐ Hospitality</w:t>
            </w:r>
          </w:p>
        </w:tc>
      </w:tr>
      <w:tr w:rsidR="00E65BCE" w14:paraId="44FC4FF0" w14:textId="77777777">
        <w:trPr>
          <w:cantSplit/>
          <w:jc w:val="center"/>
        </w:trPr>
        <w:tc>
          <w:tcPr>
            <w:tcW w:w="3168" w:type="dxa"/>
            <w:shd w:val="clear" w:color="auto" w:fill="F3F3F3"/>
            <w:tcMar>
              <w:top w:w="110" w:type="dxa"/>
              <w:left w:w="120" w:type="dxa"/>
              <w:bottom w:w="110" w:type="dxa"/>
              <w:right w:w="120" w:type="dxa"/>
            </w:tcMar>
            <w:vAlign w:val="center"/>
          </w:tcPr>
          <w:p w14:paraId="53CBC89A" w14:textId="77777777" w:rsidR="00E65BCE" w:rsidRDefault="00F32513">
            <w:pPr>
              <w:spacing w:after="0" w:line="252" w:lineRule="auto"/>
            </w:pPr>
            <w:r>
              <w:rPr>
                <w:b/>
                <w:sz w:val="19"/>
              </w:rPr>
              <w:t>Primary sales area</w:t>
            </w:r>
          </w:p>
        </w:tc>
        <w:tc>
          <w:tcPr>
            <w:tcW w:w="6768" w:type="dxa"/>
            <w:tcMar>
              <w:top w:w="110" w:type="dxa"/>
              <w:left w:w="120" w:type="dxa"/>
              <w:bottom w:w="110" w:type="dxa"/>
              <w:right w:w="120" w:type="dxa"/>
            </w:tcMar>
            <w:vAlign w:val="center"/>
          </w:tcPr>
          <w:p w14:paraId="4BDBA957" w14:textId="77777777" w:rsidR="00E65BCE" w:rsidRDefault="00F32513">
            <w:pPr>
              <w:spacing w:after="0" w:line="252" w:lineRule="auto"/>
            </w:pPr>
            <w:r>
              <w:t xml:space="preserve"> </w:t>
            </w:r>
          </w:p>
        </w:tc>
      </w:tr>
      <w:tr w:rsidR="00E65BCE" w14:paraId="1F790A1B" w14:textId="77777777">
        <w:trPr>
          <w:cantSplit/>
          <w:jc w:val="center"/>
        </w:trPr>
        <w:tc>
          <w:tcPr>
            <w:tcW w:w="3168" w:type="dxa"/>
            <w:shd w:val="clear" w:color="auto" w:fill="F3F3F3"/>
            <w:tcMar>
              <w:top w:w="110" w:type="dxa"/>
              <w:left w:w="120" w:type="dxa"/>
              <w:bottom w:w="110" w:type="dxa"/>
              <w:right w:w="120" w:type="dxa"/>
            </w:tcMar>
            <w:vAlign w:val="center"/>
          </w:tcPr>
          <w:p w14:paraId="1E938228" w14:textId="77777777" w:rsidR="00E65BCE" w:rsidRDefault="00F32513">
            <w:pPr>
              <w:spacing w:after="0" w:line="252" w:lineRule="auto"/>
            </w:pPr>
            <w:r>
              <w:rPr>
                <w:b/>
                <w:sz w:val="19"/>
              </w:rPr>
              <w:t>Estimated monthly sales</w:t>
            </w:r>
          </w:p>
        </w:tc>
        <w:tc>
          <w:tcPr>
            <w:tcW w:w="6768" w:type="dxa"/>
            <w:tcMar>
              <w:top w:w="110" w:type="dxa"/>
              <w:left w:w="120" w:type="dxa"/>
              <w:bottom w:w="110" w:type="dxa"/>
              <w:right w:w="120" w:type="dxa"/>
            </w:tcMar>
            <w:vAlign w:val="center"/>
          </w:tcPr>
          <w:p w14:paraId="1BF4F573" w14:textId="77777777" w:rsidR="00E65BCE" w:rsidRDefault="00F32513">
            <w:pPr>
              <w:spacing w:after="0" w:line="252" w:lineRule="auto"/>
            </w:pPr>
            <w:r>
              <w:t>Units: ____________   Estimated value RM: ____________________</w:t>
            </w:r>
          </w:p>
        </w:tc>
      </w:tr>
      <w:tr w:rsidR="00E65BCE" w14:paraId="72A7CAD3" w14:textId="77777777">
        <w:trPr>
          <w:cantSplit/>
          <w:jc w:val="center"/>
        </w:trPr>
        <w:tc>
          <w:tcPr>
            <w:tcW w:w="3168" w:type="dxa"/>
            <w:shd w:val="clear" w:color="auto" w:fill="F3F3F3"/>
            <w:tcMar>
              <w:top w:w="110" w:type="dxa"/>
              <w:left w:w="120" w:type="dxa"/>
              <w:bottom w:w="110" w:type="dxa"/>
              <w:right w:w="120" w:type="dxa"/>
            </w:tcMar>
            <w:vAlign w:val="center"/>
          </w:tcPr>
          <w:p w14:paraId="018572AC" w14:textId="77777777" w:rsidR="00E65BCE" w:rsidRDefault="00F32513">
            <w:pPr>
              <w:spacing w:after="0" w:line="252" w:lineRule="auto"/>
            </w:pPr>
            <w:r>
              <w:rPr>
                <w:b/>
                <w:sz w:val="19"/>
              </w:rPr>
              <w:t>Current related brands</w:t>
            </w:r>
          </w:p>
        </w:tc>
        <w:tc>
          <w:tcPr>
            <w:tcW w:w="6768" w:type="dxa"/>
            <w:tcMar>
              <w:top w:w="110" w:type="dxa"/>
              <w:left w:w="120" w:type="dxa"/>
              <w:bottom w:w="110" w:type="dxa"/>
              <w:right w:w="120" w:type="dxa"/>
            </w:tcMar>
            <w:vAlign w:val="center"/>
          </w:tcPr>
          <w:p w14:paraId="778CE12F" w14:textId="77777777" w:rsidR="00E65BCE" w:rsidRDefault="00F32513">
            <w:pPr>
              <w:spacing w:after="0" w:line="252" w:lineRule="auto"/>
            </w:pPr>
            <w:r>
              <w:br/>
            </w:r>
          </w:p>
        </w:tc>
      </w:tr>
    </w:tbl>
    <w:p w14:paraId="2A1CE489" w14:textId="77777777" w:rsidR="00E65BCE" w:rsidRDefault="00F32513">
      <w:pPr>
        <w:pStyle w:val="Heading1"/>
        <w:spacing w:before="200" w:after="100"/>
      </w:pPr>
      <w:r>
        <w:rPr>
          <w:rFonts w:ascii="Aptos" w:hAnsi="Aptos"/>
          <w:sz w:val="24"/>
        </w:rPr>
        <w:t>5  Sales and Service Capability</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227"/>
        <w:gridCol w:w="6768"/>
      </w:tblGrid>
      <w:tr w:rsidR="00E65BCE" w14:paraId="5982551F" w14:textId="77777777">
        <w:trPr>
          <w:jc w:val="center"/>
        </w:trPr>
        <w:tc>
          <w:tcPr>
            <w:tcW w:w="5227" w:type="dxa"/>
            <w:tcMar>
              <w:top w:w="120" w:type="dxa"/>
              <w:left w:w="120" w:type="dxa"/>
              <w:bottom w:w="120" w:type="dxa"/>
              <w:right w:w="120" w:type="dxa"/>
            </w:tcMar>
            <w:vAlign w:val="center"/>
          </w:tcPr>
          <w:p w14:paraId="31781431" w14:textId="77777777" w:rsidR="00E65BCE" w:rsidRDefault="00F32513">
            <w:pPr>
              <w:spacing w:after="0" w:line="252" w:lineRule="auto"/>
            </w:pPr>
            <w:r>
              <w:rPr>
                <w:sz w:val="19"/>
              </w:rPr>
              <w:t>☐</w:t>
            </w:r>
            <w:r>
              <w:rPr>
                <w:sz w:val="19"/>
              </w:rPr>
              <w:t xml:space="preserve">  Showroom or demonstration area</w:t>
            </w:r>
          </w:p>
        </w:tc>
        <w:tc>
          <w:tcPr>
            <w:tcW w:w="5227" w:type="dxa"/>
            <w:tcMar>
              <w:top w:w="120" w:type="dxa"/>
              <w:left w:w="120" w:type="dxa"/>
              <w:bottom w:w="120" w:type="dxa"/>
              <w:right w:w="120" w:type="dxa"/>
            </w:tcMar>
            <w:vAlign w:val="center"/>
          </w:tcPr>
          <w:p w14:paraId="66AB6D05" w14:textId="77777777" w:rsidR="00E65BCE" w:rsidRDefault="00F32513">
            <w:pPr>
              <w:spacing w:after="0" w:line="252" w:lineRule="auto"/>
            </w:pPr>
            <w:r>
              <w:rPr>
                <w:sz w:val="19"/>
              </w:rPr>
              <w:t>☐</w:t>
            </w:r>
            <w:r>
              <w:rPr>
                <w:sz w:val="19"/>
              </w:rPr>
              <w:t xml:space="preserve">  Dedicated sales team</w:t>
            </w:r>
          </w:p>
        </w:tc>
      </w:tr>
      <w:tr w:rsidR="00E65BCE" w14:paraId="5AE3963A" w14:textId="77777777">
        <w:trPr>
          <w:jc w:val="center"/>
        </w:trPr>
        <w:tc>
          <w:tcPr>
            <w:tcW w:w="5227" w:type="dxa"/>
            <w:tcMar>
              <w:top w:w="120" w:type="dxa"/>
              <w:left w:w="120" w:type="dxa"/>
              <w:bottom w:w="120" w:type="dxa"/>
              <w:right w:w="120" w:type="dxa"/>
            </w:tcMar>
            <w:vAlign w:val="center"/>
          </w:tcPr>
          <w:p w14:paraId="78086D36" w14:textId="77777777" w:rsidR="00E65BCE" w:rsidRDefault="00F32513">
            <w:pPr>
              <w:spacing w:after="0" w:line="252" w:lineRule="auto"/>
            </w:pPr>
            <w:r>
              <w:rPr>
                <w:sz w:val="19"/>
              </w:rPr>
              <w:t>☐</w:t>
            </w:r>
            <w:r>
              <w:rPr>
                <w:sz w:val="19"/>
              </w:rPr>
              <w:t xml:space="preserve">  Technical installation team</w:t>
            </w:r>
          </w:p>
        </w:tc>
        <w:tc>
          <w:tcPr>
            <w:tcW w:w="5227" w:type="dxa"/>
            <w:tcMar>
              <w:top w:w="120" w:type="dxa"/>
              <w:left w:w="120" w:type="dxa"/>
              <w:bottom w:w="120" w:type="dxa"/>
              <w:right w:w="120" w:type="dxa"/>
            </w:tcMar>
            <w:vAlign w:val="center"/>
          </w:tcPr>
          <w:p w14:paraId="7652A07B" w14:textId="77777777" w:rsidR="00E65BCE" w:rsidRDefault="00F32513">
            <w:pPr>
              <w:spacing w:after="0" w:line="252" w:lineRule="auto"/>
            </w:pPr>
            <w:r>
              <w:rPr>
                <w:sz w:val="19"/>
              </w:rPr>
              <w:t>☐</w:t>
            </w:r>
            <w:r>
              <w:rPr>
                <w:sz w:val="19"/>
              </w:rPr>
              <w:t xml:space="preserve">  After-sales support team</w:t>
            </w:r>
          </w:p>
        </w:tc>
      </w:tr>
      <w:tr w:rsidR="00E65BCE" w14:paraId="7ED67BCB" w14:textId="77777777">
        <w:trPr>
          <w:jc w:val="center"/>
        </w:trPr>
        <w:tc>
          <w:tcPr>
            <w:tcW w:w="5227" w:type="dxa"/>
            <w:tcMar>
              <w:top w:w="120" w:type="dxa"/>
              <w:left w:w="120" w:type="dxa"/>
              <w:bottom w:w="120" w:type="dxa"/>
              <w:right w:w="120" w:type="dxa"/>
            </w:tcMar>
            <w:vAlign w:val="center"/>
          </w:tcPr>
          <w:p w14:paraId="68071F89" w14:textId="77777777" w:rsidR="00E65BCE" w:rsidRDefault="00F32513">
            <w:pPr>
              <w:spacing w:after="0" w:line="252" w:lineRule="auto"/>
            </w:pPr>
            <w:r>
              <w:rPr>
                <w:sz w:val="19"/>
              </w:rPr>
              <w:t>☐</w:t>
            </w:r>
            <w:r>
              <w:rPr>
                <w:sz w:val="19"/>
              </w:rPr>
              <w:t xml:space="preserve">  Online store or marketplace</w:t>
            </w:r>
          </w:p>
        </w:tc>
        <w:tc>
          <w:tcPr>
            <w:tcW w:w="5227" w:type="dxa"/>
            <w:tcMar>
              <w:top w:w="120" w:type="dxa"/>
              <w:left w:w="120" w:type="dxa"/>
              <w:bottom w:w="120" w:type="dxa"/>
              <w:right w:w="120" w:type="dxa"/>
            </w:tcMar>
            <w:vAlign w:val="center"/>
          </w:tcPr>
          <w:p w14:paraId="7451BD42" w14:textId="77777777" w:rsidR="00E65BCE" w:rsidRDefault="00F32513">
            <w:pPr>
              <w:spacing w:after="0" w:line="252" w:lineRule="auto"/>
            </w:pPr>
            <w:r>
              <w:rPr>
                <w:sz w:val="19"/>
              </w:rPr>
              <w:t>☐</w:t>
            </w:r>
            <w:r>
              <w:rPr>
                <w:sz w:val="19"/>
              </w:rPr>
              <w:t xml:space="preserve">  Government or education tender experience</w:t>
            </w:r>
          </w:p>
        </w:tc>
      </w:tr>
      <w:tr w:rsidR="00E65BCE" w14:paraId="64B48837" w14:textId="77777777">
        <w:trPr>
          <w:cantSplit/>
          <w:jc w:val="center"/>
        </w:trPr>
        <w:tc>
          <w:tcPr>
            <w:tcW w:w="3168" w:type="dxa"/>
            <w:shd w:val="clear" w:color="auto" w:fill="F3F3F3"/>
            <w:tcMar>
              <w:top w:w="110" w:type="dxa"/>
              <w:left w:w="120" w:type="dxa"/>
              <w:bottom w:w="110" w:type="dxa"/>
              <w:right w:w="120" w:type="dxa"/>
            </w:tcMar>
            <w:vAlign w:val="center"/>
          </w:tcPr>
          <w:p w14:paraId="05580D77" w14:textId="77777777" w:rsidR="00E65BCE" w:rsidRDefault="00F32513">
            <w:pPr>
              <w:spacing w:after="0" w:line="252" w:lineRule="auto"/>
            </w:pPr>
            <w:r>
              <w:rPr>
                <w:b/>
                <w:sz w:val="19"/>
              </w:rPr>
              <w:t>Number of sales staff</w:t>
            </w:r>
          </w:p>
        </w:tc>
        <w:tc>
          <w:tcPr>
            <w:tcW w:w="6768" w:type="dxa"/>
            <w:tcMar>
              <w:top w:w="110" w:type="dxa"/>
              <w:left w:w="120" w:type="dxa"/>
              <w:bottom w:w="110" w:type="dxa"/>
              <w:right w:w="120" w:type="dxa"/>
            </w:tcMar>
            <w:vAlign w:val="center"/>
          </w:tcPr>
          <w:p w14:paraId="1E09454E" w14:textId="77777777" w:rsidR="00E65BCE" w:rsidRDefault="00F32513">
            <w:pPr>
              <w:spacing w:after="0" w:line="252" w:lineRule="auto"/>
            </w:pPr>
            <w:r>
              <w:t xml:space="preserve"> </w:t>
            </w:r>
          </w:p>
        </w:tc>
      </w:tr>
      <w:tr w:rsidR="00E65BCE" w14:paraId="269B282E" w14:textId="77777777">
        <w:trPr>
          <w:cantSplit/>
          <w:jc w:val="center"/>
        </w:trPr>
        <w:tc>
          <w:tcPr>
            <w:tcW w:w="3168" w:type="dxa"/>
            <w:shd w:val="clear" w:color="auto" w:fill="F3F3F3"/>
            <w:tcMar>
              <w:top w:w="110" w:type="dxa"/>
              <w:left w:w="120" w:type="dxa"/>
              <w:bottom w:w="110" w:type="dxa"/>
              <w:right w:w="120" w:type="dxa"/>
            </w:tcMar>
            <w:vAlign w:val="center"/>
          </w:tcPr>
          <w:p w14:paraId="7CDA9FBC" w14:textId="77777777" w:rsidR="00E65BCE" w:rsidRDefault="00F32513">
            <w:pPr>
              <w:spacing w:after="0" w:line="252" w:lineRule="auto"/>
            </w:pPr>
            <w:r>
              <w:rPr>
                <w:b/>
                <w:sz w:val="19"/>
              </w:rPr>
              <w:t>Number of technical staff</w:t>
            </w:r>
          </w:p>
        </w:tc>
        <w:tc>
          <w:tcPr>
            <w:tcW w:w="6768" w:type="dxa"/>
            <w:tcMar>
              <w:top w:w="110" w:type="dxa"/>
              <w:left w:w="120" w:type="dxa"/>
              <w:bottom w:w="110" w:type="dxa"/>
              <w:right w:w="120" w:type="dxa"/>
            </w:tcMar>
            <w:vAlign w:val="center"/>
          </w:tcPr>
          <w:p w14:paraId="6A2EF5DE" w14:textId="77777777" w:rsidR="00E65BCE" w:rsidRDefault="00F32513">
            <w:pPr>
              <w:spacing w:after="0" w:line="252" w:lineRule="auto"/>
            </w:pPr>
            <w:r>
              <w:t xml:space="preserve"> </w:t>
            </w:r>
          </w:p>
        </w:tc>
      </w:tr>
      <w:tr w:rsidR="00E65BCE" w14:paraId="1669D891" w14:textId="77777777">
        <w:trPr>
          <w:cantSplit/>
          <w:jc w:val="center"/>
        </w:trPr>
        <w:tc>
          <w:tcPr>
            <w:tcW w:w="3168" w:type="dxa"/>
            <w:shd w:val="clear" w:color="auto" w:fill="F3F3F3"/>
            <w:tcMar>
              <w:top w:w="110" w:type="dxa"/>
              <w:left w:w="120" w:type="dxa"/>
              <w:bottom w:w="110" w:type="dxa"/>
              <w:right w:w="120" w:type="dxa"/>
            </w:tcMar>
            <w:vAlign w:val="center"/>
          </w:tcPr>
          <w:p w14:paraId="29614115" w14:textId="77777777" w:rsidR="00E65BCE" w:rsidRDefault="00F32513">
            <w:pPr>
              <w:spacing w:after="0" w:line="252" w:lineRule="auto"/>
            </w:pPr>
            <w:r>
              <w:rPr>
                <w:b/>
                <w:sz w:val="19"/>
              </w:rPr>
              <w:t>Coverage locations</w:t>
            </w:r>
          </w:p>
        </w:tc>
        <w:tc>
          <w:tcPr>
            <w:tcW w:w="6768" w:type="dxa"/>
            <w:tcMar>
              <w:top w:w="110" w:type="dxa"/>
              <w:left w:w="120" w:type="dxa"/>
              <w:bottom w:w="110" w:type="dxa"/>
              <w:right w:w="120" w:type="dxa"/>
            </w:tcMar>
            <w:vAlign w:val="center"/>
          </w:tcPr>
          <w:p w14:paraId="130A8A57" w14:textId="77777777" w:rsidR="00E65BCE" w:rsidRDefault="00F32513">
            <w:pPr>
              <w:spacing w:after="0" w:line="252" w:lineRule="auto"/>
            </w:pPr>
            <w:r>
              <w:t xml:space="preserve"> </w:t>
            </w:r>
          </w:p>
        </w:tc>
      </w:tr>
      <w:tr w:rsidR="00E65BCE" w14:paraId="37E6BD5F" w14:textId="77777777">
        <w:trPr>
          <w:cantSplit/>
          <w:jc w:val="center"/>
        </w:trPr>
        <w:tc>
          <w:tcPr>
            <w:tcW w:w="3168" w:type="dxa"/>
            <w:shd w:val="clear" w:color="auto" w:fill="F3F3F3"/>
            <w:tcMar>
              <w:top w:w="110" w:type="dxa"/>
              <w:left w:w="120" w:type="dxa"/>
              <w:bottom w:w="110" w:type="dxa"/>
              <w:right w:w="120" w:type="dxa"/>
            </w:tcMar>
            <w:vAlign w:val="center"/>
          </w:tcPr>
          <w:p w14:paraId="75A5E58D" w14:textId="77777777" w:rsidR="00E65BCE" w:rsidRDefault="00F32513">
            <w:pPr>
              <w:spacing w:after="0" w:line="252" w:lineRule="auto"/>
            </w:pPr>
            <w:r>
              <w:rPr>
                <w:b/>
                <w:sz w:val="19"/>
              </w:rPr>
              <w:t>Relevant licences or registrations</w:t>
            </w:r>
          </w:p>
        </w:tc>
        <w:tc>
          <w:tcPr>
            <w:tcW w:w="6768" w:type="dxa"/>
            <w:tcMar>
              <w:top w:w="110" w:type="dxa"/>
              <w:left w:w="120" w:type="dxa"/>
              <w:bottom w:w="110" w:type="dxa"/>
              <w:right w:w="120" w:type="dxa"/>
            </w:tcMar>
            <w:vAlign w:val="center"/>
          </w:tcPr>
          <w:p w14:paraId="786438DF" w14:textId="77777777" w:rsidR="00E65BCE" w:rsidRDefault="00F32513">
            <w:pPr>
              <w:spacing w:after="0" w:line="252" w:lineRule="auto"/>
            </w:pPr>
            <w:r>
              <w:t>MOF / CIDB / other: ______________________________________________</w:t>
            </w:r>
          </w:p>
        </w:tc>
      </w:tr>
    </w:tbl>
    <w:p w14:paraId="29FBB0D1" w14:textId="77777777" w:rsidR="00E65BCE" w:rsidRDefault="00F32513">
      <w:pPr>
        <w:pStyle w:val="Heading1"/>
        <w:spacing w:before="200" w:after="100"/>
      </w:pPr>
      <w:r>
        <w:rPr>
          <w:rFonts w:ascii="Aptos" w:hAnsi="Aptos"/>
          <w:sz w:val="24"/>
        </w:rPr>
        <w:t>6  Trade and Financial Information</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168"/>
        <w:gridCol w:w="6768"/>
      </w:tblGrid>
      <w:tr w:rsidR="00E65BCE" w14:paraId="44EF8105" w14:textId="77777777">
        <w:trPr>
          <w:cantSplit/>
          <w:jc w:val="center"/>
        </w:trPr>
        <w:tc>
          <w:tcPr>
            <w:tcW w:w="3168" w:type="dxa"/>
            <w:shd w:val="clear" w:color="auto" w:fill="F3F3F3"/>
            <w:tcMar>
              <w:top w:w="110" w:type="dxa"/>
              <w:left w:w="120" w:type="dxa"/>
              <w:bottom w:w="110" w:type="dxa"/>
              <w:right w:w="120" w:type="dxa"/>
            </w:tcMar>
            <w:vAlign w:val="center"/>
          </w:tcPr>
          <w:p w14:paraId="37BB0A75" w14:textId="77777777" w:rsidR="00E65BCE" w:rsidRDefault="00F32513">
            <w:pPr>
              <w:spacing w:after="0" w:line="252" w:lineRule="auto"/>
            </w:pPr>
            <w:r>
              <w:rPr>
                <w:b/>
                <w:sz w:val="19"/>
              </w:rPr>
              <w:t>Preferred payment method</w:t>
            </w:r>
          </w:p>
        </w:tc>
        <w:tc>
          <w:tcPr>
            <w:tcW w:w="6768" w:type="dxa"/>
            <w:tcMar>
              <w:top w:w="110" w:type="dxa"/>
              <w:left w:w="120" w:type="dxa"/>
              <w:bottom w:w="110" w:type="dxa"/>
              <w:right w:w="120" w:type="dxa"/>
            </w:tcMar>
            <w:vAlign w:val="center"/>
          </w:tcPr>
          <w:p w14:paraId="1D8CFDC0" w14:textId="77777777" w:rsidR="00E65BCE" w:rsidRDefault="00F32513">
            <w:pPr>
              <w:spacing w:after="0" w:line="252" w:lineRule="auto"/>
            </w:pPr>
            <w:r>
              <w:t>☐</w:t>
            </w:r>
            <w:r>
              <w:t xml:space="preserve"> Cash before delivery   ☐ Bank transfer   ☐ Credit application requested</w:t>
            </w:r>
          </w:p>
        </w:tc>
      </w:tr>
      <w:tr w:rsidR="00E65BCE" w14:paraId="2CEA3A12" w14:textId="77777777">
        <w:trPr>
          <w:cantSplit/>
          <w:jc w:val="center"/>
        </w:trPr>
        <w:tc>
          <w:tcPr>
            <w:tcW w:w="3168" w:type="dxa"/>
            <w:shd w:val="clear" w:color="auto" w:fill="F3F3F3"/>
            <w:tcMar>
              <w:top w:w="110" w:type="dxa"/>
              <w:left w:w="120" w:type="dxa"/>
              <w:bottom w:w="110" w:type="dxa"/>
              <w:right w:w="120" w:type="dxa"/>
            </w:tcMar>
            <w:vAlign w:val="center"/>
          </w:tcPr>
          <w:p w14:paraId="33358797" w14:textId="77777777" w:rsidR="00E65BCE" w:rsidRDefault="00F32513">
            <w:pPr>
              <w:spacing w:after="0" w:line="252" w:lineRule="auto"/>
            </w:pPr>
            <w:r>
              <w:rPr>
                <w:b/>
                <w:sz w:val="19"/>
              </w:rPr>
              <w:t>Requested credit limit</w:t>
            </w:r>
          </w:p>
        </w:tc>
        <w:tc>
          <w:tcPr>
            <w:tcW w:w="6768" w:type="dxa"/>
            <w:tcMar>
              <w:top w:w="110" w:type="dxa"/>
              <w:left w:w="120" w:type="dxa"/>
              <w:bottom w:w="110" w:type="dxa"/>
              <w:right w:w="120" w:type="dxa"/>
            </w:tcMar>
            <w:vAlign w:val="center"/>
          </w:tcPr>
          <w:p w14:paraId="279F7F7A" w14:textId="77777777" w:rsidR="00E65BCE" w:rsidRDefault="00F32513">
            <w:pPr>
              <w:spacing w:after="0" w:line="252" w:lineRule="auto"/>
            </w:pPr>
            <w:r>
              <w:t>RM ____________________  Subject to separate approval and supporting documents</w:t>
            </w:r>
          </w:p>
        </w:tc>
      </w:tr>
      <w:tr w:rsidR="00E65BCE" w14:paraId="41753F64" w14:textId="77777777">
        <w:trPr>
          <w:cantSplit/>
          <w:jc w:val="center"/>
        </w:trPr>
        <w:tc>
          <w:tcPr>
            <w:tcW w:w="3168" w:type="dxa"/>
            <w:shd w:val="clear" w:color="auto" w:fill="F3F3F3"/>
            <w:tcMar>
              <w:top w:w="110" w:type="dxa"/>
              <w:left w:w="120" w:type="dxa"/>
              <w:bottom w:w="110" w:type="dxa"/>
              <w:right w:w="120" w:type="dxa"/>
            </w:tcMar>
            <w:vAlign w:val="center"/>
          </w:tcPr>
          <w:p w14:paraId="30C29AB5" w14:textId="77777777" w:rsidR="00E65BCE" w:rsidRDefault="00F32513">
            <w:pPr>
              <w:spacing w:after="0" w:line="252" w:lineRule="auto"/>
            </w:pPr>
            <w:r>
              <w:rPr>
                <w:b/>
                <w:sz w:val="19"/>
              </w:rPr>
              <w:lastRenderedPageBreak/>
              <w:t>Bank name</w:t>
            </w:r>
          </w:p>
        </w:tc>
        <w:tc>
          <w:tcPr>
            <w:tcW w:w="6768" w:type="dxa"/>
            <w:tcMar>
              <w:top w:w="110" w:type="dxa"/>
              <w:left w:w="120" w:type="dxa"/>
              <w:bottom w:w="110" w:type="dxa"/>
              <w:right w:w="120" w:type="dxa"/>
            </w:tcMar>
            <w:vAlign w:val="center"/>
          </w:tcPr>
          <w:p w14:paraId="34B5E740" w14:textId="77777777" w:rsidR="00E65BCE" w:rsidRDefault="00F32513">
            <w:pPr>
              <w:spacing w:after="0" w:line="252" w:lineRule="auto"/>
            </w:pPr>
            <w:r>
              <w:t xml:space="preserve"> </w:t>
            </w:r>
          </w:p>
        </w:tc>
      </w:tr>
      <w:tr w:rsidR="00E65BCE" w14:paraId="59330263" w14:textId="77777777">
        <w:trPr>
          <w:cantSplit/>
          <w:jc w:val="center"/>
        </w:trPr>
        <w:tc>
          <w:tcPr>
            <w:tcW w:w="3168" w:type="dxa"/>
            <w:shd w:val="clear" w:color="auto" w:fill="F3F3F3"/>
            <w:tcMar>
              <w:top w:w="110" w:type="dxa"/>
              <w:left w:w="120" w:type="dxa"/>
              <w:bottom w:w="110" w:type="dxa"/>
              <w:right w:w="120" w:type="dxa"/>
            </w:tcMar>
            <w:vAlign w:val="center"/>
          </w:tcPr>
          <w:p w14:paraId="4A0DC18F" w14:textId="77777777" w:rsidR="00E65BCE" w:rsidRDefault="00F32513">
            <w:pPr>
              <w:spacing w:after="0" w:line="252" w:lineRule="auto"/>
            </w:pPr>
            <w:r>
              <w:rPr>
                <w:b/>
                <w:sz w:val="19"/>
              </w:rPr>
              <w:t>Bank account name</w:t>
            </w:r>
          </w:p>
        </w:tc>
        <w:tc>
          <w:tcPr>
            <w:tcW w:w="6768" w:type="dxa"/>
            <w:tcMar>
              <w:top w:w="110" w:type="dxa"/>
              <w:left w:w="120" w:type="dxa"/>
              <w:bottom w:w="110" w:type="dxa"/>
              <w:right w:w="120" w:type="dxa"/>
            </w:tcMar>
            <w:vAlign w:val="center"/>
          </w:tcPr>
          <w:p w14:paraId="0CC769D0" w14:textId="77777777" w:rsidR="00E65BCE" w:rsidRDefault="00F32513">
            <w:pPr>
              <w:spacing w:after="0" w:line="252" w:lineRule="auto"/>
            </w:pPr>
            <w:r>
              <w:t xml:space="preserve"> </w:t>
            </w:r>
          </w:p>
        </w:tc>
      </w:tr>
      <w:tr w:rsidR="00E65BCE" w14:paraId="73033B55" w14:textId="77777777">
        <w:trPr>
          <w:cantSplit/>
          <w:jc w:val="center"/>
        </w:trPr>
        <w:tc>
          <w:tcPr>
            <w:tcW w:w="3168" w:type="dxa"/>
            <w:shd w:val="clear" w:color="auto" w:fill="F3F3F3"/>
            <w:tcMar>
              <w:top w:w="110" w:type="dxa"/>
              <w:left w:w="120" w:type="dxa"/>
              <w:bottom w:w="110" w:type="dxa"/>
              <w:right w:w="120" w:type="dxa"/>
            </w:tcMar>
            <w:vAlign w:val="center"/>
          </w:tcPr>
          <w:p w14:paraId="14EF8827" w14:textId="77777777" w:rsidR="00E65BCE" w:rsidRDefault="00F32513">
            <w:pPr>
              <w:spacing w:after="0" w:line="252" w:lineRule="auto"/>
            </w:pPr>
            <w:r>
              <w:rPr>
                <w:b/>
                <w:sz w:val="19"/>
              </w:rPr>
              <w:t>Bank account number</w:t>
            </w:r>
          </w:p>
        </w:tc>
        <w:tc>
          <w:tcPr>
            <w:tcW w:w="6768" w:type="dxa"/>
            <w:tcMar>
              <w:top w:w="110" w:type="dxa"/>
              <w:left w:w="120" w:type="dxa"/>
              <w:bottom w:w="110" w:type="dxa"/>
              <w:right w:w="120" w:type="dxa"/>
            </w:tcMar>
            <w:vAlign w:val="center"/>
          </w:tcPr>
          <w:p w14:paraId="44470122" w14:textId="77777777" w:rsidR="00E65BCE" w:rsidRDefault="00F32513">
            <w:pPr>
              <w:spacing w:after="0" w:line="252" w:lineRule="auto"/>
            </w:pPr>
            <w:r>
              <w:t xml:space="preserve"> </w:t>
            </w:r>
          </w:p>
        </w:tc>
      </w:tr>
      <w:tr w:rsidR="00E65BCE" w14:paraId="5282E9B2" w14:textId="77777777">
        <w:trPr>
          <w:cantSplit/>
          <w:jc w:val="center"/>
        </w:trPr>
        <w:tc>
          <w:tcPr>
            <w:tcW w:w="3168" w:type="dxa"/>
            <w:shd w:val="clear" w:color="auto" w:fill="F3F3F3"/>
            <w:tcMar>
              <w:top w:w="110" w:type="dxa"/>
              <w:left w:w="120" w:type="dxa"/>
              <w:bottom w:w="110" w:type="dxa"/>
              <w:right w:w="120" w:type="dxa"/>
            </w:tcMar>
            <w:vAlign w:val="center"/>
          </w:tcPr>
          <w:p w14:paraId="5E081EBE" w14:textId="77777777" w:rsidR="00E65BCE" w:rsidRDefault="00F32513">
            <w:pPr>
              <w:spacing w:after="0" w:line="252" w:lineRule="auto"/>
            </w:pPr>
            <w:r>
              <w:rPr>
                <w:b/>
                <w:sz w:val="19"/>
              </w:rPr>
              <w:t>SST registration number</w:t>
            </w:r>
          </w:p>
        </w:tc>
        <w:tc>
          <w:tcPr>
            <w:tcW w:w="6768" w:type="dxa"/>
            <w:tcMar>
              <w:top w:w="110" w:type="dxa"/>
              <w:left w:w="120" w:type="dxa"/>
              <w:bottom w:w="110" w:type="dxa"/>
              <w:right w:w="120" w:type="dxa"/>
            </w:tcMar>
            <w:vAlign w:val="center"/>
          </w:tcPr>
          <w:p w14:paraId="78904A64" w14:textId="77777777" w:rsidR="00E65BCE" w:rsidRDefault="00F32513">
            <w:pPr>
              <w:spacing w:after="0" w:line="252" w:lineRule="auto"/>
            </w:pPr>
            <w:r>
              <w:t>If applicable: ______________________________________________________</w:t>
            </w:r>
          </w:p>
        </w:tc>
      </w:tr>
    </w:tbl>
    <w:p w14:paraId="034C25D0" w14:textId="77777777" w:rsidR="00E65BCE" w:rsidRDefault="00F32513">
      <w:pPr>
        <w:spacing w:before="120"/>
      </w:pPr>
      <w:r>
        <w:rPr>
          <w:b/>
          <w:sz w:val="19"/>
        </w:rPr>
        <w:t>Trade references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880"/>
        <w:gridCol w:w="2613"/>
        <w:gridCol w:w="2613"/>
        <w:gridCol w:w="2880"/>
      </w:tblGrid>
      <w:tr w:rsidR="00E65BCE" w14:paraId="6D9616F9" w14:textId="77777777">
        <w:trPr>
          <w:tblHeader/>
          <w:jc w:val="center"/>
        </w:trPr>
        <w:tc>
          <w:tcPr>
            <w:tcW w:w="2880" w:type="dxa"/>
            <w:shd w:val="clear" w:color="auto" w:fill="252525"/>
            <w:tcMar>
              <w:top w:w="110" w:type="dxa"/>
              <w:left w:w="120" w:type="dxa"/>
              <w:bottom w:w="110" w:type="dxa"/>
              <w:right w:w="120" w:type="dxa"/>
            </w:tcMar>
            <w:vAlign w:val="center"/>
          </w:tcPr>
          <w:p w14:paraId="1B534F5E" w14:textId="77777777" w:rsidR="00E65BCE" w:rsidRDefault="00F32513">
            <w:pPr>
              <w:spacing w:after="0" w:line="252" w:lineRule="auto"/>
              <w:jc w:val="center"/>
            </w:pPr>
            <w:r>
              <w:rPr>
                <w:b/>
                <w:color w:val="FFFFFF"/>
                <w:sz w:val="18"/>
              </w:rPr>
              <w:t>Company</w:t>
            </w:r>
          </w:p>
        </w:tc>
        <w:tc>
          <w:tcPr>
            <w:tcW w:w="2448" w:type="dxa"/>
            <w:shd w:val="clear" w:color="auto" w:fill="252525"/>
            <w:tcMar>
              <w:top w:w="110" w:type="dxa"/>
              <w:left w:w="120" w:type="dxa"/>
              <w:bottom w:w="110" w:type="dxa"/>
              <w:right w:w="120" w:type="dxa"/>
            </w:tcMar>
            <w:vAlign w:val="center"/>
          </w:tcPr>
          <w:p w14:paraId="66188278" w14:textId="77777777" w:rsidR="00E65BCE" w:rsidRDefault="00F32513">
            <w:pPr>
              <w:spacing w:after="0" w:line="252" w:lineRule="auto"/>
              <w:jc w:val="center"/>
            </w:pPr>
            <w:r>
              <w:rPr>
                <w:b/>
                <w:color w:val="FFFFFF"/>
                <w:sz w:val="18"/>
              </w:rPr>
              <w:t>Contact person</w:t>
            </w:r>
          </w:p>
        </w:tc>
        <w:tc>
          <w:tcPr>
            <w:tcW w:w="1872" w:type="dxa"/>
            <w:shd w:val="clear" w:color="auto" w:fill="252525"/>
            <w:tcMar>
              <w:top w:w="110" w:type="dxa"/>
              <w:left w:w="120" w:type="dxa"/>
              <w:bottom w:w="110" w:type="dxa"/>
              <w:right w:w="120" w:type="dxa"/>
            </w:tcMar>
            <w:vAlign w:val="center"/>
          </w:tcPr>
          <w:p w14:paraId="555224B6" w14:textId="77777777" w:rsidR="00E65BCE" w:rsidRDefault="00F32513">
            <w:pPr>
              <w:spacing w:after="0" w:line="252" w:lineRule="auto"/>
              <w:jc w:val="center"/>
            </w:pPr>
            <w:r>
              <w:rPr>
                <w:b/>
                <w:color w:val="FFFFFF"/>
                <w:sz w:val="18"/>
              </w:rPr>
              <w:t>Telephone</w:t>
            </w:r>
          </w:p>
        </w:tc>
        <w:tc>
          <w:tcPr>
            <w:tcW w:w="2880" w:type="dxa"/>
            <w:shd w:val="clear" w:color="auto" w:fill="252525"/>
            <w:tcMar>
              <w:top w:w="110" w:type="dxa"/>
              <w:left w:w="120" w:type="dxa"/>
              <w:bottom w:w="110" w:type="dxa"/>
              <w:right w:w="120" w:type="dxa"/>
            </w:tcMar>
            <w:vAlign w:val="center"/>
          </w:tcPr>
          <w:p w14:paraId="4B574244" w14:textId="77777777" w:rsidR="00E65BCE" w:rsidRDefault="00F32513">
            <w:pPr>
              <w:spacing w:after="0" w:line="252" w:lineRule="auto"/>
              <w:jc w:val="center"/>
            </w:pPr>
            <w:r>
              <w:rPr>
                <w:b/>
                <w:color w:val="FFFFFF"/>
                <w:sz w:val="18"/>
              </w:rPr>
              <w:t>Business relationship</w:t>
            </w:r>
          </w:p>
        </w:tc>
      </w:tr>
      <w:tr w:rsidR="00E65BCE" w14:paraId="705288AC" w14:textId="77777777">
        <w:trPr>
          <w:cantSplit/>
          <w:jc w:val="center"/>
        </w:trPr>
        <w:tc>
          <w:tcPr>
            <w:tcW w:w="2613" w:type="dxa"/>
            <w:tcMar>
              <w:top w:w="180" w:type="dxa"/>
              <w:left w:w="120" w:type="dxa"/>
              <w:bottom w:w="180" w:type="dxa"/>
              <w:right w:w="120" w:type="dxa"/>
            </w:tcMar>
            <w:vAlign w:val="center"/>
          </w:tcPr>
          <w:p w14:paraId="31FC3A5B" w14:textId="77777777" w:rsidR="00E65BCE" w:rsidRDefault="00F32513">
            <w:pPr>
              <w:spacing w:after="0" w:line="252" w:lineRule="auto"/>
            </w:pPr>
            <w:r>
              <w:rPr>
                <w:sz w:val="18"/>
              </w:rPr>
              <w:t xml:space="preserve"> </w:t>
            </w:r>
          </w:p>
        </w:tc>
        <w:tc>
          <w:tcPr>
            <w:tcW w:w="2613" w:type="dxa"/>
            <w:tcMar>
              <w:top w:w="180" w:type="dxa"/>
              <w:left w:w="120" w:type="dxa"/>
              <w:bottom w:w="180" w:type="dxa"/>
              <w:right w:w="120" w:type="dxa"/>
            </w:tcMar>
            <w:vAlign w:val="center"/>
          </w:tcPr>
          <w:p w14:paraId="34577E1D" w14:textId="77777777" w:rsidR="00E65BCE" w:rsidRDefault="00F32513">
            <w:pPr>
              <w:spacing w:after="0" w:line="252" w:lineRule="auto"/>
            </w:pPr>
            <w:r>
              <w:rPr>
                <w:sz w:val="18"/>
              </w:rPr>
              <w:t xml:space="preserve"> </w:t>
            </w:r>
          </w:p>
        </w:tc>
        <w:tc>
          <w:tcPr>
            <w:tcW w:w="2613" w:type="dxa"/>
            <w:tcMar>
              <w:top w:w="180" w:type="dxa"/>
              <w:left w:w="120" w:type="dxa"/>
              <w:bottom w:w="180" w:type="dxa"/>
              <w:right w:w="120" w:type="dxa"/>
            </w:tcMar>
            <w:vAlign w:val="center"/>
          </w:tcPr>
          <w:p w14:paraId="1B8DFC33" w14:textId="77777777" w:rsidR="00E65BCE" w:rsidRDefault="00F32513">
            <w:pPr>
              <w:spacing w:after="0" w:line="252" w:lineRule="auto"/>
            </w:pPr>
            <w:r>
              <w:rPr>
                <w:sz w:val="18"/>
              </w:rPr>
              <w:t xml:space="preserve"> </w:t>
            </w:r>
          </w:p>
        </w:tc>
        <w:tc>
          <w:tcPr>
            <w:tcW w:w="2613" w:type="dxa"/>
            <w:tcMar>
              <w:top w:w="180" w:type="dxa"/>
              <w:left w:w="120" w:type="dxa"/>
              <w:bottom w:w="180" w:type="dxa"/>
              <w:right w:w="120" w:type="dxa"/>
            </w:tcMar>
            <w:vAlign w:val="center"/>
          </w:tcPr>
          <w:p w14:paraId="3110E5F4" w14:textId="77777777" w:rsidR="00E65BCE" w:rsidRDefault="00F32513">
            <w:pPr>
              <w:spacing w:after="0" w:line="252" w:lineRule="auto"/>
            </w:pPr>
            <w:r>
              <w:rPr>
                <w:sz w:val="18"/>
              </w:rPr>
              <w:t xml:space="preserve"> </w:t>
            </w:r>
          </w:p>
        </w:tc>
      </w:tr>
      <w:tr w:rsidR="00E65BCE" w14:paraId="73A6F08F" w14:textId="77777777">
        <w:trPr>
          <w:cantSplit/>
          <w:jc w:val="center"/>
        </w:trPr>
        <w:tc>
          <w:tcPr>
            <w:tcW w:w="2613" w:type="dxa"/>
            <w:tcMar>
              <w:top w:w="180" w:type="dxa"/>
              <w:left w:w="120" w:type="dxa"/>
              <w:bottom w:w="180" w:type="dxa"/>
              <w:right w:w="120" w:type="dxa"/>
            </w:tcMar>
            <w:vAlign w:val="center"/>
          </w:tcPr>
          <w:p w14:paraId="29520FD1" w14:textId="77777777" w:rsidR="00E65BCE" w:rsidRDefault="00F32513">
            <w:pPr>
              <w:spacing w:after="0" w:line="252" w:lineRule="auto"/>
            </w:pPr>
            <w:r>
              <w:rPr>
                <w:sz w:val="18"/>
              </w:rPr>
              <w:t xml:space="preserve"> </w:t>
            </w:r>
          </w:p>
        </w:tc>
        <w:tc>
          <w:tcPr>
            <w:tcW w:w="2613" w:type="dxa"/>
            <w:tcMar>
              <w:top w:w="180" w:type="dxa"/>
              <w:left w:w="120" w:type="dxa"/>
              <w:bottom w:w="180" w:type="dxa"/>
              <w:right w:w="120" w:type="dxa"/>
            </w:tcMar>
            <w:vAlign w:val="center"/>
          </w:tcPr>
          <w:p w14:paraId="4C359CF7" w14:textId="77777777" w:rsidR="00E65BCE" w:rsidRDefault="00F32513">
            <w:pPr>
              <w:spacing w:after="0" w:line="252" w:lineRule="auto"/>
            </w:pPr>
            <w:r>
              <w:rPr>
                <w:sz w:val="18"/>
              </w:rPr>
              <w:t xml:space="preserve"> </w:t>
            </w:r>
          </w:p>
        </w:tc>
        <w:tc>
          <w:tcPr>
            <w:tcW w:w="2613" w:type="dxa"/>
            <w:tcMar>
              <w:top w:w="180" w:type="dxa"/>
              <w:left w:w="120" w:type="dxa"/>
              <w:bottom w:w="180" w:type="dxa"/>
              <w:right w:w="120" w:type="dxa"/>
            </w:tcMar>
            <w:vAlign w:val="center"/>
          </w:tcPr>
          <w:p w14:paraId="3FD399FB" w14:textId="77777777" w:rsidR="00E65BCE" w:rsidRDefault="00F32513">
            <w:pPr>
              <w:spacing w:after="0" w:line="252" w:lineRule="auto"/>
            </w:pPr>
            <w:r>
              <w:rPr>
                <w:sz w:val="18"/>
              </w:rPr>
              <w:t xml:space="preserve"> </w:t>
            </w:r>
          </w:p>
        </w:tc>
        <w:tc>
          <w:tcPr>
            <w:tcW w:w="2613" w:type="dxa"/>
            <w:tcMar>
              <w:top w:w="180" w:type="dxa"/>
              <w:left w:w="120" w:type="dxa"/>
              <w:bottom w:w="180" w:type="dxa"/>
              <w:right w:w="120" w:type="dxa"/>
            </w:tcMar>
            <w:vAlign w:val="center"/>
          </w:tcPr>
          <w:p w14:paraId="33C6FB64" w14:textId="77777777" w:rsidR="00E65BCE" w:rsidRDefault="00F32513">
            <w:pPr>
              <w:spacing w:after="0" w:line="252" w:lineRule="auto"/>
            </w:pPr>
            <w:r>
              <w:rPr>
                <w:sz w:val="18"/>
              </w:rPr>
              <w:t xml:space="preserve"> </w:t>
            </w:r>
          </w:p>
        </w:tc>
      </w:tr>
    </w:tbl>
    <w:p w14:paraId="666797DB" w14:textId="77777777" w:rsidR="00E65BCE" w:rsidRDefault="00F32513">
      <w:pPr>
        <w:pStyle w:val="Heading1"/>
        <w:spacing w:before="200" w:after="100"/>
      </w:pPr>
      <w:r>
        <w:rPr>
          <w:rFonts w:ascii="Aptos" w:hAnsi="Aptos"/>
          <w:sz w:val="24"/>
        </w:rPr>
        <w:t>7  Documents to Attach</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227"/>
        <w:gridCol w:w="5227"/>
      </w:tblGrid>
      <w:tr w:rsidR="00E65BCE" w14:paraId="5122E338" w14:textId="77777777">
        <w:trPr>
          <w:jc w:val="center"/>
        </w:trPr>
        <w:tc>
          <w:tcPr>
            <w:tcW w:w="5227" w:type="dxa"/>
            <w:tcMar>
              <w:top w:w="120" w:type="dxa"/>
              <w:left w:w="120" w:type="dxa"/>
              <w:bottom w:w="120" w:type="dxa"/>
              <w:right w:w="120" w:type="dxa"/>
            </w:tcMar>
            <w:vAlign w:val="center"/>
          </w:tcPr>
          <w:p w14:paraId="2F399AC8" w14:textId="77777777" w:rsidR="00E65BCE" w:rsidRDefault="00F32513">
            <w:pPr>
              <w:spacing w:after="0" w:line="252" w:lineRule="auto"/>
            </w:pPr>
            <w:r>
              <w:rPr>
                <w:sz w:val="19"/>
              </w:rPr>
              <w:t>☐</w:t>
            </w:r>
            <w:r>
              <w:rPr>
                <w:sz w:val="19"/>
              </w:rPr>
              <w:t xml:space="preserve">  Business registration profile</w:t>
            </w:r>
          </w:p>
        </w:tc>
        <w:tc>
          <w:tcPr>
            <w:tcW w:w="5227" w:type="dxa"/>
            <w:tcMar>
              <w:top w:w="120" w:type="dxa"/>
              <w:left w:w="120" w:type="dxa"/>
              <w:bottom w:w="120" w:type="dxa"/>
              <w:right w:w="120" w:type="dxa"/>
            </w:tcMar>
            <w:vAlign w:val="center"/>
          </w:tcPr>
          <w:p w14:paraId="4FF3A58D" w14:textId="77777777" w:rsidR="00E65BCE" w:rsidRDefault="00F32513">
            <w:pPr>
              <w:spacing w:after="0" w:line="252" w:lineRule="auto"/>
            </w:pPr>
            <w:r>
              <w:rPr>
                <w:sz w:val="19"/>
              </w:rPr>
              <w:t>☐</w:t>
            </w:r>
            <w:r>
              <w:rPr>
                <w:sz w:val="19"/>
              </w:rPr>
              <w:t xml:space="preserve">  Director or owner identification if requested</w:t>
            </w:r>
          </w:p>
        </w:tc>
      </w:tr>
      <w:tr w:rsidR="00E65BCE" w14:paraId="004B5FFE" w14:textId="77777777">
        <w:trPr>
          <w:jc w:val="center"/>
        </w:trPr>
        <w:tc>
          <w:tcPr>
            <w:tcW w:w="5227" w:type="dxa"/>
            <w:tcMar>
              <w:top w:w="120" w:type="dxa"/>
              <w:left w:w="120" w:type="dxa"/>
              <w:bottom w:w="120" w:type="dxa"/>
              <w:right w:w="120" w:type="dxa"/>
            </w:tcMar>
            <w:vAlign w:val="center"/>
          </w:tcPr>
          <w:p w14:paraId="4273C2BF" w14:textId="77777777" w:rsidR="00E65BCE" w:rsidRDefault="00F32513">
            <w:pPr>
              <w:spacing w:after="0" w:line="252" w:lineRule="auto"/>
            </w:pPr>
            <w:r>
              <w:rPr>
                <w:sz w:val="19"/>
              </w:rPr>
              <w:t>☐</w:t>
            </w:r>
            <w:r>
              <w:rPr>
                <w:sz w:val="19"/>
              </w:rPr>
              <w:t xml:space="preserve">  Company profile</w:t>
            </w:r>
          </w:p>
        </w:tc>
        <w:tc>
          <w:tcPr>
            <w:tcW w:w="5227" w:type="dxa"/>
            <w:tcMar>
              <w:top w:w="120" w:type="dxa"/>
              <w:left w:w="120" w:type="dxa"/>
              <w:bottom w:w="120" w:type="dxa"/>
              <w:right w:w="120" w:type="dxa"/>
            </w:tcMar>
            <w:vAlign w:val="center"/>
          </w:tcPr>
          <w:p w14:paraId="6E02E656" w14:textId="77777777" w:rsidR="00E65BCE" w:rsidRDefault="00F32513">
            <w:pPr>
              <w:spacing w:after="0" w:line="252" w:lineRule="auto"/>
            </w:pPr>
            <w:r>
              <w:rPr>
                <w:sz w:val="19"/>
              </w:rPr>
              <w:t>☐</w:t>
            </w:r>
            <w:r>
              <w:rPr>
                <w:sz w:val="19"/>
              </w:rPr>
              <w:t xml:space="preserve">  Bank account confirmation</w:t>
            </w:r>
          </w:p>
        </w:tc>
      </w:tr>
      <w:tr w:rsidR="00E65BCE" w14:paraId="20C891F8" w14:textId="77777777">
        <w:trPr>
          <w:jc w:val="center"/>
        </w:trPr>
        <w:tc>
          <w:tcPr>
            <w:tcW w:w="5227" w:type="dxa"/>
            <w:tcMar>
              <w:top w:w="120" w:type="dxa"/>
              <w:left w:w="120" w:type="dxa"/>
              <w:bottom w:w="120" w:type="dxa"/>
              <w:right w:w="120" w:type="dxa"/>
            </w:tcMar>
            <w:vAlign w:val="center"/>
          </w:tcPr>
          <w:p w14:paraId="66AE3237" w14:textId="77777777" w:rsidR="00E65BCE" w:rsidRDefault="00F32513">
            <w:pPr>
              <w:spacing w:after="0" w:line="252" w:lineRule="auto"/>
            </w:pPr>
            <w:r>
              <w:rPr>
                <w:sz w:val="19"/>
              </w:rPr>
              <w:t>☐</w:t>
            </w:r>
            <w:r>
              <w:rPr>
                <w:sz w:val="19"/>
              </w:rPr>
              <w:t xml:space="preserve">  SST certificate if applicable</w:t>
            </w:r>
          </w:p>
        </w:tc>
        <w:tc>
          <w:tcPr>
            <w:tcW w:w="5227" w:type="dxa"/>
            <w:tcMar>
              <w:top w:w="120" w:type="dxa"/>
              <w:left w:w="120" w:type="dxa"/>
              <w:bottom w:w="120" w:type="dxa"/>
              <w:right w:w="120" w:type="dxa"/>
            </w:tcMar>
            <w:vAlign w:val="center"/>
          </w:tcPr>
          <w:p w14:paraId="43C968DC" w14:textId="77777777" w:rsidR="00E65BCE" w:rsidRDefault="00F32513">
            <w:pPr>
              <w:spacing w:after="0" w:line="252" w:lineRule="auto"/>
            </w:pPr>
            <w:r>
              <w:rPr>
                <w:sz w:val="19"/>
              </w:rPr>
              <w:t>☐</w:t>
            </w:r>
            <w:r>
              <w:rPr>
                <w:sz w:val="19"/>
              </w:rPr>
              <w:t xml:space="preserve">  Relevant licence or tender registration</w:t>
            </w:r>
          </w:p>
        </w:tc>
      </w:tr>
      <w:tr w:rsidR="00E65BCE" w14:paraId="3AF0FF52" w14:textId="77777777">
        <w:trPr>
          <w:jc w:val="center"/>
        </w:trPr>
        <w:tc>
          <w:tcPr>
            <w:tcW w:w="5227" w:type="dxa"/>
            <w:tcMar>
              <w:top w:w="120" w:type="dxa"/>
              <w:left w:w="120" w:type="dxa"/>
              <w:bottom w:w="120" w:type="dxa"/>
              <w:right w:w="120" w:type="dxa"/>
            </w:tcMar>
            <w:vAlign w:val="center"/>
          </w:tcPr>
          <w:p w14:paraId="4994ACF6" w14:textId="77777777" w:rsidR="00E65BCE" w:rsidRDefault="00F32513">
            <w:pPr>
              <w:spacing w:after="0" w:line="252" w:lineRule="auto"/>
            </w:pPr>
            <w:r>
              <w:rPr>
                <w:sz w:val="19"/>
              </w:rPr>
              <w:t>☐</w:t>
            </w:r>
            <w:r>
              <w:rPr>
                <w:sz w:val="19"/>
              </w:rPr>
              <w:t xml:space="preserve">  Showroom or office photographs</w:t>
            </w:r>
          </w:p>
        </w:tc>
        <w:tc>
          <w:tcPr>
            <w:tcW w:w="5227" w:type="dxa"/>
            <w:tcMar>
              <w:top w:w="120" w:type="dxa"/>
              <w:left w:w="120" w:type="dxa"/>
              <w:bottom w:w="120" w:type="dxa"/>
              <w:right w:w="120" w:type="dxa"/>
            </w:tcMar>
            <w:vAlign w:val="center"/>
          </w:tcPr>
          <w:p w14:paraId="67BC3959" w14:textId="77777777" w:rsidR="00E65BCE" w:rsidRDefault="00F32513">
            <w:pPr>
              <w:spacing w:after="0" w:line="252" w:lineRule="auto"/>
            </w:pPr>
            <w:r>
              <w:rPr>
                <w:sz w:val="19"/>
              </w:rPr>
              <w:t>☐</w:t>
            </w:r>
            <w:r>
              <w:rPr>
                <w:sz w:val="19"/>
              </w:rPr>
              <w:t xml:space="preserve">  Other supporting documents</w:t>
            </w:r>
          </w:p>
        </w:tc>
      </w:tr>
    </w:tbl>
    <w:p w14:paraId="4A7FCD85" w14:textId="77777777" w:rsidR="00E65BCE" w:rsidRDefault="00F32513">
      <w:pPr>
        <w:pStyle w:val="Heading1"/>
        <w:spacing w:before="200" w:after="100"/>
      </w:pPr>
      <w:r>
        <w:rPr>
          <w:rFonts w:ascii="Aptos" w:hAnsi="Aptos"/>
          <w:sz w:val="24"/>
        </w:rPr>
        <w:t>8  Applicant Declaration</w:t>
      </w:r>
    </w:p>
    <w:p w14:paraId="23FC5444" w14:textId="77777777" w:rsidR="00E65BCE" w:rsidRDefault="00F32513">
      <w:pPr>
        <w:spacing w:after="120" w:line="259" w:lineRule="auto"/>
      </w:pPr>
      <w:r>
        <w:rPr>
          <w:sz w:val="18"/>
        </w:rPr>
        <w:t>I or we confirm that the information supplied is true and complete. We authorise Alibaba Appliances Sdn. Bhd. to verify the information and contact the stated references. We understand that approval is discretionary and that no dealer or agent appointment exists until a written appointment or agreement is issued and accepted. If appointed, we agree to represent Samview honestly, protect confidential information and brand assets, comply with applicable Malaysian laws including data protection and consumer re</w:t>
      </w:r>
      <w:r>
        <w:rPr>
          <w:sz w:val="18"/>
        </w:rPr>
        <w:t>quirements, avoid misleading claims, and follow Samview pricing, warranty, service and marketing policies communicated to us. We will not bind Alibaba Appliances Sdn. Bhd., collect money in its name, appoint sub-agents, or promise non-approved terms unless expressly authorised in writing.</w:t>
      </w:r>
    </w:p>
    <w:p w14:paraId="22396C3A" w14:textId="77777777" w:rsidR="00E65BCE" w:rsidRDefault="00F32513">
      <w:pPr>
        <w:pStyle w:val="Heading1"/>
        <w:spacing w:before="200" w:after="100"/>
      </w:pPr>
      <w:r>
        <w:rPr>
          <w:rFonts w:ascii="Aptos" w:hAnsi="Aptos"/>
          <w:sz w:val="24"/>
        </w:rPr>
        <w:t>9  Applicant Signature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40"/>
        <w:gridCol w:w="5040"/>
      </w:tblGrid>
      <w:tr w:rsidR="00E65BCE" w14:paraId="77D94C89" w14:textId="77777777">
        <w:trPr>
          <w:cantSplit/>
          <w:jc w:val="center"/>
        </w:trPr>
        <w:tc>
          <w:tcPr>
            <w:tcW w:w="5040" w:type="dxa"/>
            <w:tcMar>
              <w:top w:w="130" w:type="dxa"/>
              <w:left w:w="120" w:type="dxa"/>
              <w:bottom w:w="130" w:type="dxa"/>
              <w:right w:w="120" w:type="dxa"/>
            </w:tcMar>
            <w:vAlign w:val="center"/>
          </w:tcPr>
          <w:p w14:paraId="0FF9B767" w14:textId="77777777" w:rsidR="00E65BCE" w:rsidRDefault="00F32513">
            <w:pPr>
              <w:spacing w:after="0" w:line="252" w:lineRule="auto"/>
            </w:pPr>
            <w:r>
              <w:rPr>
                <w:b/>
                <w:sz w:val="18"/>
              </w:rPr>
              <w:t>Authorised signatory name</w:t>
            </w:r>
          </w:p>
          <w:p w14:paraId="79FDA515" w14:textId="77777777" w:rsidR="00E65BCE" w:rsidRDefault="00F32513">
            <w:pPr>
              <w:spacing w:after="0" w:line="252" w:lineRule="auto"/>
            </w:pPr>
            <w:r>
              <w:rPr>
                <w:sz w:val="18"/>
              </w:rPr>
              <w:t xml:space="preserve"> </w:t>
            </w:r>
          </w:p>
        </w:tc>
        <w:tc>
          <w:tcPr>
            <w:tcW w:w="5040" w:type="dxa"/>
            <w:tcMar>
              <w:top w:w="350" w:type="dxa"/>
              <w:left w:w="120" w:type="dxa"/>
              <w:bottom w:w="350" w:type="dxa"/>
              <w:right w:w="120" w:type="dxa"/>
            </w:tcMar>
            <w:vAlign w:val="center"/>
          </w:tcPr>
          <w:p w14:paraId="12B31F73" w14:textId="77777777" w:rsidR="00E65BCE" w:rsidRDefault="00F32513">
            <w:pPr>
              <w:spacing w:after="0" w:line="252" w:lineRule="auto"/>
            </w:pPr>
            <w:r>
              <w:rPr>
                <w:b/>
                <w:sz w:val="18"/>
              </w:rPr>
              <w:t>Company stamp</w:t>
            </w:r>
          </w:p>
          <w:p w14:paraId="7CCA4C2D" w14:textId="77777777" w:rsidR="00E65BCE" w:rsidRDefault="00F32513">
            <w:pPr>
              <w:spacing w:after="0" w:line="252" w:lineRule="auto"/>
            </w:pPr>
            <w:r>
              <w:rPr>
                <w:sz w:val="18"/>
              </w:rPr>
              <w:t xml:space="preserve"> </w:t>
            </w:r>
          </w:p>
        </w:tc>
      </w:tr>
      <w:tr w:rsidR="00E65BCE" w14:paraId="531F0EB3" w14:textId="77777777">
        <w:trPr>
          <w:cantSplit/>
          <w:jc w:val="center"/>
        </w:trPr>
        <w:tc>
          <w:tcPr>
            <w:tcW w:w="5040" w:type="dxa"/>
            <w:tcMar>
              <w:top w:w="130" w:type="dxa"/>
              <w:left w:w="120" w:type="dxa"/>
              <w:bottom w:w="130" w:type="dxa"/>
              <w:right w:w="120" w:type="dxa"/>
            </w:tcMar>
            <w:vAlign w:val="center"/>
          </w:tcPr>
          <w:p w14:paraId="665A1D14" w14:textId="77777777" w:rsidR="00E65BCE" w:rsidRDefault="00F32513">
            <w:pPr>
              <w:spacing w:after="0" w:line="252" w:lineRule="auto"/>
            </w:pPr>
            <w:r>
              <w:rPr>
                <w:b/>
                <w:sz w:val="18"/>
              </w:rPr>
              <w:t>Position</w:t>
            </w:r>
          </w:p>
          <w:p w14:paraId="2A1A651A" w14:textId="77777777" w:rsidR="00E65BCE" w:rsidRDefault="00F32513">
            <w:pPr>
              <w:spacing w:after="0" w:line="252" w:lineRule="auto"/>
            </w:pPr>
            <w:r>
              <w:rPr>
                <w:sz w:val="18"/>
              </w:rPr>
              <w:t xml:space="preserve"> </w:t>
            </w:r>
          </w:p>
        </w:tc>
        <w:tc>
          <w:tcPr>
            <w:tcW w:w="5040" w:type="dxa"/>
            <w:tcMar>
              <w:top w:w="130" w:type="dxa"/>
              <w:left w:w="120" w:type="dxa"/>
              <w:bottom w:w="130" w:type="dxa"/>
              <w:right w:w="120" w:type="dxa"/>
            </w:tcMar>
            <w:vAlign w:val="center"/>
          </w:tcPr>
          <w:p w14:paraId="51A5724F" w14:textId="77777777" w:rsidR="00E65BCE" w:rsidRDefault="00F32513">
            <w:pPr>
              <w:spacing w:after="0" w:line="252" w:lineRule="auto"/>
            </w:pPr>
            <w:r>
              <w:rPr>
                <w:sz w:val="18"/>
              </w:rPr>
              <w:t xml:space="preserve"> </w:t>
            </w:r>
          </w:p>
        </w:tc>
      </w:tr>
      <w:tr w:rsidR="00E65BCE" w14:paraId="6F61930F" w14:textId="77777777">
        <w:trPr>
          <w:cantSplit/>
          <w:jc w:val="center"/>
        </w:trPr>
        <w:tc>
          <w:tcPr>
            <w:tcW w:w="5040" w:type="dxa"/>
            <w:tcMar>
              <w:top w:w="350" w:type="dxa"/>
              <w:left w:w="120" w:type="dxa"/>
              <w:bottom w:w="350" w:type="dxa"/>
              <w:right w:w="120" w:type="dxa"/>
            </w:tcMar>
            <w:vAlign w:val="center"/>
          </w:tcPr>
          <w:p w14:paraId="6983C63C" w14:textId="77777777" w:rsidR="00E65BCE" w:rsidRDefault="00F32513">
            <w:pPr>
              <w:spacing w:after="0" w:line="252" w:lineRule="auto"/>
            </w:pPr>
            <w:r>
              <w:rPr>
                <w:b/>
                <w:sz w:val="18"/>
              </w:rPr>
              <w:t>Signature</w:t>
            </w:r>
          </w:p>
          <w:p w14:paraId="7F58EA7F" w14:textId="77777777" w:rsidR="00E65BCE" w:rsidRDefault="00F32513">
            <w:pPr>
              <w:spacing w:after="0" w:line="252" w:lineRule="auto"/>
            </w:pPr>
            <w:r>
              <w:rPr>
                <w:sz w:val="18"/>
              </w:rPr>
              <w:t xml:space="preserve"> </w:t>
            </w:r>
          </w:p>
        </w:tc>
        <w:tc>
          <w:tcPr>
            <w:tcW w:w="5040" w:type="dxa"/>
            <w:tcMar>
              <w:top w:w="350" w:type="dxa"/>
              <w:left w:w="120" w:type="dxa"/>
              <w:bottom w:w="350" w:type="dxa"/>
              <w:right w:w="120" w:type="dxa"/>
            </w:tcMar>
            <w:vAlign w:val="center"/>
          </w:tcPr>
          <w:p w14:paraId="11291043" w14:textId="77777777" w:rsidR="00E65BCE" w:rsidRDefault="00F32513">
            <w:pPr>
              <w:spacing w:after="0" w:line="252" w:lineRule="auto"/>
            </w:pPr>
            <w:r>
              <w:rPr>
                <w:sz w:val="18"/>
              </w:rPr>
              <w:t xml:space="preserve"> </w:t>
            </w:r>
          </w:p>
        </w:tc>
      </w:tr>
      <w:tr w:rsidR="00E65BCE" w14:paraId="59A31128" w14:textId="77777777">
        <w:trPr>
          <w:cantSplit/>
          <w:jc w:val="center"/>
        </w:trPr>
        <w:tc>
          <w:tcPr>
            <w:tcW w:w="5040" w:type="dxa"/>
            <w:tcMar>
              <w:top w:w="130" w:type="dxa"/>
              <w:left w:w="120" w:type="dxa"/>
              <w:bottom w:w="130" w:type="dxa"/>
              <w:right w:w="120" w:type="dxa"/>
            </w:tcMar>
            <w:vAlign w:val="center"/>
          </w:tcPr>
          <w:p w14:paraId="0D53938C" w14:textId="77777777" w:rsidR="00E65BCE" w:rsidRDefault="00F32513">
            <w:pPr>
              <w:spacing w:after="0" w:line="252" w:lineRule="auto"/>
            </w:pPr>
            <w:r>
              <w:rPr>
                <w:b/>
                <w:sz w:val="18"/>
              </w:rPr>
              <w:t>Date</w:t>
            </w:r>
          </w:p>
          <w:p w14:paraId="5A502751" w14:textId="77777777" w:rsidR="00E65BCE" w:rsidRDefault="00F32513">
            <w:pPr>
              <w:spacing w:after="0" w:line="252" w:lineRule="auto"/>
            </w:pPr>
            <w:r>
              <w:rPr>
                <w:sz w:val="18"/>
              </w:rPr>
              <w:t xml:space="preserve"> </w:t>
            </w:r>
          </w:p>
        </w:tc>
        <w:tc>
          <w:tcPr>
            <w:tcW w:w="5040" w:type="dxa"/>
            <w:tcMar>
              <w:top w:w="130" w:type="dxa"/>
              <w:left w:w="120" w:type="dxa"/>
              <w:bottom w:w="130" w:type="dxa"/>
              <w:right w:w="120" w:type="dxa"/>
            </w:tcMar>
            <w:vAlign w:val="center"/>
          </w:tcPr>
          <w:p w14:paraId="500136E0" w14:textId="77777777" w:rsidR="00E65BCE" w:rsidRDefault="00F32513">
            <w:pPr>
              <w:spacing w:after="0" w:line="252" w:lineRule="auto"/>
            </w:pPr>
            <w:r>
              <w:rPr>
                <w:sz w:val="18"/>
              </w:rPr>
              <w:t xml:space="preserve"> </w:t>
            </w:r>
          </w:p>
        </w:tc>
      </w:tr>
    </w:tbl>
    <w:p w14:paraId="5FD606F1" w14:textId="77777777" w:rsidR="00E65BCE" w:rsidRDefault="00F32513">
      <w:pPr>
        <w:pStyle w:val="Heading1"/>
        <w:spacing w:before="200" w:after="100"/>
      </w:pPr>
      <w:r>
        <w:rPr>
          <w:rFonts w:ascii="Aptos" w:hAnsi="Aptos"/>
          <w:sz w:val="24"/>
        </w:rPr>
        <w:lastRenderedPageBreak/>
        <w:t>10  For Samview Malaysia Office Use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168"/>
        <w:gridCol w:w="6768"/>
      </w:tblGrid>
      <w:tr w:rsidR="00E65BCE" w14:paraId="101D22B8" w14:textId="77777777">
        <w:trPr>
          <w:cantSplit/>
          <w:jc w:val="center"/>
        </w:trPr>
        <w:tc>
          <w:tcPr>
            <w:tcW w:w="3168" w:type="dxa"/>
            <w:shd w:val="clear" w:color="auto" w:fill="F3F3F3"/>
            <w:tcMar>
              <w:top w:w="110" w:type="dxa"/>
              <w:left w:w="120" w:type="dxa"/>
              <w:bottom w:w="110" w:type="dxa"/>
              <w:right w:w="120" w:type="dxa"/>
            </w:tcMar>
            <w:vAlign w:val="center"/>
          </w:tcPr>
          <w:p w14:paraId="30D53C78" w14:textId="77777777" w:rsidR="00E65BCE" w:rsidRDefault="00F32513">
            <w:pPr>
              <w:spacing w:after="0" w:line="252" w:lineRule="auto"/>
            </w:pPr>
            <w:r>
              <w:rPr>
                <w:b/>
                <w:sz w:val="19"/>
              </w:rPr>
              <w:t>Application status</w:t>
            </w:r>
          </w:p>
        </w:tc>
        <w:tc>
          <w:tcPr>
            <w:tcW w:w="6768" w:type="dxa"/>
            <w:tcMar>
              <w:top w:w="110" w:type="dxa"/>
              <w:left w:w="120" w:type="dxa"/>
              <w:bottom w:w="110" w:type="dxa"/>
              <w:right w:w="120" w:type="dxa"/>
            </w:tcMar>
            <w:vAlign w:val="center"/>
          </w:tcPr>
          <w:p w14:paraId="7F7D972A" w14:textId="77777777" w:rsidR="00E65BCE" w:rsidRDefault="00F32513">
            <w:pPr>
              <w:spacing w:after="0" w:line="252" w:lineRule="auto"/>
            </w:pPr>
            <w:r>
              <w:t>☐</w:t>
            </w:r>
            <w:r>
              <w:t xml:space="preserve"> Approved   ☐ Conditionally approved   ☐ Pending information   ☐ Not approved</w:t>
            </w:r>
          </w:p>
        </w:tc>
      </w:tr>
      <w:tr w:rsidR="00E65BCE" w14:paraId="716BEBA8" w14:textId="77777777">
        <w:trPr>
          <w:cantSplit/>
          <w:jc w:val="center"/>
        </w:trPr>
        <w:tc>
          <w:tcPr>
            <w:tcW w:w="3168" w:type="dxa"/>
            <w:shd w:val="clear" w:color="auto" w:fill="F3F3F3"/>
            <w:tcMar>
              <w:top w:w="110" w:type="dxa"/>
              <w:left w:w="120" w:type="dxa"/>
              <w:bottom w:w="110" w:type="dxa"/>
              <w:right w:w="120" w:type="dxa"/>
            </w:tcMar>
            <w:vAlign w:val="center"/>
          </w:tcPr>
          <w:p w14:paraId="48C99514" w14:textId="77777777" w:rsidR="00E65BCE" w:rsidRDefault="00F32513">
            <w:pPr>
              <w:spacing w:after="0" w:line="252" w:lineRule="auto"/>
            </w:pPr>
            <w:r>
              <w:rPr>
                <w:b/>
                <w:sz w:val="19"/>
              </w:rPr>
              <w:t>Appointment type</w:t>
            </w:r>
          </w:p>
        </w:tc>
        <w:tc>
          <w:tcPr>
            <w:tcW w:w="6768" w:type="dxa"/>
            <w:tcMar>
              <w:top w:w="110" w:type="dxa"/>
              <w:left w:w="120" w:type="dxa"/>
              <w:bottom w:w="110" w:type="dxa"/>
              <w:right w:w="120" w:type="dxa"/>
            </w:tcMar>
            <w:vAlign w:val="center"/>
          </w:tcPr>
          <w:p w14:paraId="78690EDB" w14:textId="77777777" w:rsidR="00E65BCE" w:rsidRDefault="00F32513">
            <w:pPr>
              <w:spacing w:after="0" w:line="252" w:lineRule="auto"/>
            </w:pPr>
            <w:r>
              <w:t>☐</w:t>
            </w:r>
            <w:r>
              <w:t xml:space="preserve"> Authorised Dealer   ☐ Sales Agent   ☐ Project Partner   ☐ Installer or Integrator</w:t>
            </w:r>
          </w:p>
        </w:tc>
      </w:tr>
      <w:tr w:rsidR="00E65BCE" w14:paraId="1DDBAEB7" w14:textId="77777777">
        <w:trPr>
          <w:cantSplit/>
          <w:jc w:val="center"/>
        </w:trPr>
        <w:tc>
          <w:tcPr>
            <w:tcW w:w="3168" w:type="dxa"/>
            <w:shd w:val="clear" w:color="auto" w:fill="F3F3F3"/>
            <w:tcMar>
              <w:top w:w="110" w:type="dxa"/>
              <w:left w:w="120" w:type="dxa"/>
              <w:bottom w:w="110" w:type="dxa"/>
              <w:right w:w="120" w:type="dxa"/>
            </w:tcMar>
            <w:vAlign w:val="center"/>
          </w:tcPr>
          <w:p w14:paraId="543C6EDC" w14:textId="77777777" w:rsidR="00E65BCE" w:rsidRDefault="00F32513">
            <w:pPr>
              <w:spacing w:after="0" w:line="252" w:lineRule="auto"/>
            </w:pPr>
            <w:r>
              <w:rPr>
                <w:b/>
                <w:sz w:val="19"/>
              </w:rPr>
              <w:t>Approved territory</w:t>
            </w:r>
          </w:p>
        </w:tc>
        <w:tc>
          <w:tcPr>
            <w:tcW w:w="6768" w:type="dxa"/>
            <w:tcMar>
              <w:top w:w="110" w:type="dxa"/>
              <w:left w:w="120" w:type="dxa"/>
              <w:bottom w:w="110" w:type="dxa"/>
              <w:right w:w="120" w:type="dxa"/>
            </w:tcMar>
            <w:vAlign w:val="center"/>
          </w:tcPr>
          <w:p w14:paraId="2D75DE3E" w14:textId="77777777" w:rsidR="00E65BCE" w:rsidRDefault="00F32513">
            <w:pPr>
              <w:spacing w:after="0" w:line="252" w:lineRule="auto"/>
            </w:pPr>
            <w:r>
              <w:t xml:space="preserve"> </w:t>
            </w:r>
          </w:p>
        </w:tc>
      </w:tr>
      <w:tr w:rsidR="00E65BCE" w14:paraId="07383C99" w14:textId="77777777">
        <w:trPr>
          <w:cantSplit/>
          <w:jc w:val="center"/>
        </w:trPr>
        <w:tc>
          <w:tcPr>
            <w:tcW w:w="3168" w:type="dxa"/>
            <w:shd w:val="clear" w:color="auto" w:fill="F3F3F3"/>
            <w:tcMar>
              <w:top w:w="110" w:type="dxa"/>
              <w:left w:w="120" w:type="dxa"/>
              <w:bottom w:w="110" w:type="dxa"/>
              <w:right w:w="120" w:type="dxa"/>
            </w:tcMar>
            <w:vAlign w:val="center"/>
          </w:tcPr>
          <w:p w14:paraId="0FCA732E" w14:textId="77777777" w:rsidR="00E65BCE" w:rsidRDefault="00F32513">
            <w:pPr>
              <w:spacing w:after="0" w:line="252" w:lineRule="auto"/>
            </w:pPr>
            <w:r>
              <w:rPr>
                <w:b/>
                <w:sz w:val="19"/>
              </w:rPr>
              <w:t>Customer segment</w:t>
            </w:r>
          </w:p>
        </w:tc>
        <w:tc>
          <w:tcPr>
            <w:tcW w:w="6768" w:type="dxa"/>
            <w:tcMar>
              <w:top w:w="110" w:type="dxa"/>
              <w:left w:w="120" w:type="dxa"/>
              <w:bottom w:w="110" w:type="dxa"/>
              <w:right w:w="120" w:type="dxa"/>
            </w:tcMar>
            <w:vAlign w:val="center"/>
          </w:tcPr>
          <w:p w14:paraId="64B1773D" w14:textId="77777777" w:rsidR="00E65BCE" w:rsidRDefault="00F32513">
            <w:pPr>
              <w:spacing w:after="0" w:line="252" w:lineRule="auto"/>
            </w:pPr>
            <w:r>
              <w:t xml:space="preserve"> </w:t>
            </w:r>
          </w:p>
        </w:tc>
      </w:tr>
      <w:tr w:rsidR="00E65BCE" w14:paraId="001D6256" w14:textId="77777777">
        <w:trPr>
          <w:cantSplit/>
          <w:jc w:val="center"/>
        </w:trPr>
        <w:tc>
          <w:tcPr>
            <w:tcW w:w="3168" w:type="dxa"/>
            <w:shd w:val="clear" w:color="auto" w:fill="F3F3F3"/>
            <w:tcMar>
              <w:top w:w="110" w:type="dxa"/>
              <w:left w:w="120" w:type="dxa"/>
              <w:bottom w:w="110" w:type="dxa"/>
              <w:right w:w="120" w:type="dxa"/>
            </w:tcMar>
            <w:vAlign w:val="center"/>
          </w:tcPr>
          <w:p w14:paraId="13798078" w14:textId="77777777" w:rsidR="00E65BCE" w:rsidRDefault="00F32513">
            <w:pPr>
              <w:spacing w:after="0" w:line="252" w:lineRule="auto"/>
            </w:pPr>
            <w:r>
              <w:rPr>
                <w:b/>
                <w:sz w:val="19"/>
              </w:rPr>
              <w:t>Dealer discount or agent commission</w:t>
            </w:r>
          </w:p>
        </w:tc>
        <w:tc>
          <w:tcPr>
            <w:tcW w:w="6768" w:type="dxa"/>
            <w:tcMar>
              <w:top w:w="110" w:type="dxa"/>
              <w:left w:w="120" w:type="dxa"/>
              <w:bottom w:w="110" w:type="dxa"/>
              <w:right w:w="120" w:type="dxa"/>
            </w:tcMar>
            <w:vAlign w:val="center"/>
          </w:tcPr>
          <w:p w14:paraId="374228A0" w14:textId="77777777" w:rsidR="00E65BCE" w:rsidRDefault="00F32513">
            <w:pPr>
              <w:spacing w:after="0" w:line="252" w:lineRule="auto"/>
            </w:pPr>
            <w:r>
              <w:t>To be stated in appointment letter or schedule: __________________________</w:t>
            </w:r>
          </w:p>
        </w:tc>
      </w:tr>
      <w:tr w:rsidR="00E65BCE" w14:paraId="3F84AF09" w14:textId="77777777">
        <w:trPr>
          <w:cantSplit/>
          <w:jc w:val="center"/>
        </w:trPr>
        <w:tc>
          <w:tcPr>
            <w:tcW w:w="3168" w:type="dxa"/>
            <w:shd w:val="clear" w:color="auto" w:fill="F3F3F3"/>
            <w:tcMar>
              <w:top w:w="110" w:type="dxa"/>
              <w:left w:w="120" w:type="dxa"/>
              <w:bottom w:w="110" w:type="dxa"/>
              <w:right w:w="120" w:type="dxa"/>
            </w:tcMar>
            <w:vAlign w:val="center"/>
          </w:tcPr>
          <w:p w14:paraId="0252396A" w14:textId="77777777" w:rsidR="00E65BCE" w:rsidRDefault="00F32513">
            <w:pPr>
              <w:spacing w:after="0" w:line="252" w:lineRule="auto"/>
            </w:pPr>
            <w:r>
              <w:rPr>
                <w:b/>
                <w:sz w:val="19"/>
              </w:rPr>
              <w:t>Payment and credit terms</w:t>
            </w:r>
          </w:p>
        </w:tc>
        <w:tc>
          <w:tcPr>
            <w:tcW w:w="6768" w:type="dxa"/>
            <w:tcMar>
              <w:top w:w="110" w:type="dxa"/>
              <w:left w:w="120" w:type="dxa"/>
              <w:bottom w:w="110" w:type="dxa"/>
              <w:right w:w="120" w:type="dxa"/>
            </w:tcMar>
            <w:vAlign w:val="center"/>
          </w:tcPr>
          <w:p w14:paraId="27714584" w14:textId="77777777" w:rsidR="00E65BCE" w:rsidRDefault="00F32513">
            <w:pPr>
              <w:spacing w:after="0" w:line="252" w:lineRule="auto"/>
            </w:pPr>
            <w:r>
              <w:t xml:space="preserve"> </w:t>
            </w:r>
          </w:p>
        </w:tc>
      </w:tr>
      <w:tr w:rsidR="00E65BCE" w14:paraId="7ACC5E23" w14:textId="77777777">
        <w:trPr>
          <w:cantSplit/>
          <w:jc w:val="center"/>
        </w:trPr>
        <w:tc>
          <w:tcPr>
            <w:tcW w:w="3168" w:type="dxa"/>
            <w:shd w:val="clear" w:color="auto" w:fill="F3F3F3"/>
            <w:tcMar>
              <w:top w:w="110" w:type="dxa"/>
              <w:left w:w="120" w:type="dxa"/>
              <w:bottom w:w="110" w:type="dxa"/>
              <w:right w:w="120" w:type="dxa"/>
            </w:tcMar>
            <w:vAlign w:val="center"/>
          </w:tcPr>
          <w:p w14:paraId="603BBAE8" w14:textId="77777777" w:rsidR="00E65BCE" w:rsidRDefault="00F32513">
            <w:pPr>
              <w:spacing w:after="0" w:line="252" w:lineRule="auto"/>
            </w:pPr>
            <w:r>
              <w:rPr>
                <w:b/>
                <w:sz w:val="19"/>
              </w:rPr>
              <w:t>Sales target</w:t>
            </w:r>
          </w:p>
        </w:tc>
        <w:tc>
          <w:tcPr>
            <w:tcW w:w="6768" w:type="dxa"/>
            <w:tcMar>
              <w:top w:w="110" w:type="dxa"/>
              <w:left w:w="120" w:type="dxa"/>
              <w:bottom w:w="110" w:type="dxa"/>
              <w:right w:w="120" w:type="dxa"/>
            </w:tcMar>
            <w:vAlign w:val="center"/>
          </w:tcPr>
          <w:p w14:paraId="6E7E3536" w14:textId="77777777" w:rsidR="00E65BCE" w:rsidRDefault="00F32513">
            <w:pPr>
              <w:spacing w:after="0" w:line="252" w:lineRule="auto"/>
            </w:pPr>
            <w:r>
              <w:t>Monthly RM: ____________________   Quarterly RM: ____________________</w:t>
            </w:r>
          </w:p>
        </w:tc>
      </w:tr>
      <w:tr w:rsidR="00E65BCE" w14:paraId="58D225F8" w14:textId="77777777">
        <w:trPr>
          <w:cantSplit/>
          <w:jc w:val="center"/>
        </w:trPr>
        <w:tc>
          <w:tcPr>
            <w:tcW w:w="3168" w:type="dxa"/>
            <w:shd w:val="clear" w:color="auto" w:fill="F3F3F3"/>
            <w:tcMar>
              <w:top w:w="110" w:type="dxa"/>
              <w:left w:w="120" w:type="dxa"/>
              <w:bottom w:w="110" w:type="dxa"/>
              <w:right w:w="120" w:type="dxa"/>
            </w:tcMar>
            <w:vAlign w:val="center"/>
          </w:tcPr>
          <w:p w14:paraId="0D4458C8" w14:textId="77777777" w:rsidR="00E65BCE" w:rsidRDefault="00F32513">
            <w:pPr>
              <w:spacing w:after="0" w:line="252" w:lineRule="auto"/>
            </w:pPr>
            <w:r>
              <w:rPr>
                <w:b/>
                <w:sz w:val="19"/>
              </w:rPr>
              <w:t>Appointment period</w:t>
            </w:r>
          </w:p>
        </w:tc>
        <w:tc>
          <w:tcPr>
            <w:tcW w:w="6768" w:type="dxa"/>
            <w:tcMar>
              <w:top w:w="110" w:type="dxa"/>
              <w:left w:w="120" w:type="dxa"/>
              <w:bottom w:w="110" w:type="dxa"/>
              <w:right w:w="120" w:type="dxa"/>
            </w:tcMar>
            <w:vAlign w:val="center"/>
          </w:tcPr>
          <w:p w14:paraId="120EB212" w14:textId="77777777" w:rsidR="00E65BCE" w:rsidRDefault="00F32513">
            <w:pPr>
              <w:spacing w:after="0" w:line="252" w:lineRule="auto"/>
            </w:pPr>
            <w:r>
              <w:t>From: ____________________   To: ____________________</w:t>
            </w:r>
          </w:p>
        </w:tc>
      </w:tr>
      <w:tr w:rsidR="00E65BCE" w14:paraId="586E7716" w14:textId="77777777">
        <w:trPr>
          <w:cantSplit/>
          <w:jc w:val="center"/>
        </w:trPr>
        <w:tc>
          <w:tcPr>
            <w:tcW w:w="3168" w:type="dxa"/>
            <w:shd w:val="clear" w:color="auto" w:fill="F3F3F3"/>
            <w:tcMar>
              <w:top w:w="110" w:type="dxa"/>
              <w:left w:w="120" w:type="dxa"/>
              <w:bottom w:w="110" w:type="dxa"/>
              <w:right w:w="120" w:type="dxa"/>
            </w:tcMar>
            <w:vAlign w:val="center"/>
          </w:tcPr>
          <w:p w14:paraId="1107753C" w14:textId="77777777" w:rsidR="00E65BCE" w:rsidRDefault="00F32513">
            <w:pPr>
              <w:spacing w:after="0" w:line="252" w:lineRule="auto"/>
            </w:pPr>
            <w:r>
              <w:rPr>
                <w:b/>
                <w:sz w:val="19"/>
              </w:rPr>
              <w:t>Dealer or agent code</w:t>
            </w:r>
          </w:p>
        </w:tc>
        <w:tc>
          <w:tcPr>
            <w:tcW w:w="6768" w:type="dxa"/>
            <w:tcMar>
              <w:top w:w="110" w:type="dxa"/>
              <w:left w:w="120" w:type="dxa"/>
              <w:bottom w:w="110" w:type="dxa"/>
              <w:right w:w="120" w:type="dxa"/>
            </w:tcMar>
            <w:vAlign w:val="center"/>
          </w:tcPr>
          <w:p w14:paraId="662945FA" w14:textId="77777777" w:rsidR="00E65BCE" w:rsidRDefault="00F32513">
            <w:pPr>
              <w:spacing w:after="0" w:line="252" w:lineRule="auto"/>
            </w:pPr>
            <w:r>
              <w:t xml:space="preserve"> </w:t>
            </w:r>
          </w:p>
        </w:tc>
      </w:tr>
      <w:tr w:rsidR="00E65BCE" w14:paraId="662DC5E4" w14:textId="77777777">
        <w:trPr>
          <w:cantSplit/>
          <w:jc w:val="center"/>
        </w:trPr>
        <w:tc>
          <w:tcPr>
            <w:tcW w:w="3168" w:type="dxa"/>
            <w:shd w:val="clear" w:color="auto" w:fill="F3F3F3"/>
            <w:tcMar>
              <w:top w:w="110" w:type="dxa"/>
              <w:left w:w="120" w:type="dxa"/>
              <w:bottom w:w="110" w:type="dxa"/>
              <w:right w:w="120" w:type="dxa"/>
            </w:tcMar>
            <w:vAlign w:val="center"/>
          </w:tcPr>
          <w:p w14:paraId="20DB7D15" w14:textId="77777777" w:rsidR="00E65BCE" w:rsidRDefault="00F32513">
            <w:pPr>
              <w:spacing w:after="0" w:line="252" w:lineRule="auto"/>
            </w:pPr>
            <w:r>
              <w:rPr>
                <w:b/>
                <w:sz w:val="19"/>
              </w:rPr>
              <w:t>Approved by</w:t>
            </w:r>
          </w:p>
        </w:tc>
        <w:tc>
          <w:tcPr>
            <w:tcW w:w="6768" w:type="dxa"/>
            <w:tcMar>
              <w:top w:w="110" w:type="dxa"/>
              <w:left w:w="120" w:type="dxa"/>
              <w:bottom w:w="110" w:type="dxa"/>
              <w:right w:w="120" w:type="dxa"/>
            </w:tcMar>
            <w:vAlign w:val="center"/>
          </w:tcPr>
          <w:p w14:paraId="1F5A4C4C" w14:textId="77777777" w:rsidR="00E65BCE" w:rsidRDefault="00F32513">
            <w:pPr>
              <w:spacing w:after="0" w:line="252" w:lineRule="auto"/>
            </w:pPr>
            <w:r>
              <w:t>Name: ____________________   Position: ____________________</w:t>
            </w:r>
          </w:p>
        </w:tc>
      </w:tr>
      <w:tr w:rsidR="00E65BCE" w14:paraId="67EF8DEC" w14:textId="77777777">
        <w:trPr>
          <w:cantSplit/>
          <w:jc w:val="center"/>
        </w:trPr>
        <w:tc>
          <w:tcPr>
            <w:tcW w:w="3168" w:type="dxa"/>
            <w:shd w:val="clear" w:color="auto" w:fill="F3F3F3"/>
            <w:tcMar>
              <w:top w:w="110" w:type="dxa"/>
              <w:left w:w="120" w:type="dxa"/>
              <w:bottom w:w="110" w:type="dxa"/>
              <w:right w:w="120" w:type="dxa"/>
            </w:tcMar>
            <w:vAlign w:val="center"/>
          </w:tcPr>
          <w:p w14:paraId="050DA435" w14:textId="77777777" w:rsidR="00E65BCE" w:rsidRDefault="00F32513">
            <w:pPr>
              <w:spacing w:after="0" w:line="252" w:lineRule="auto"/>
            </w:pPr>
            <w:r>
              <w:rPr>
                <w:b/>
                <w:sz w:val="19"/>
              </w:rPr>
              <w:t>Signature and date</w:t>
            </w:r>
          </w:p>
        </w:tc>
        <w:tc>
          <w:tcPr>
            <w:tcW w:w="6768" w:type="dxa"/>
            <w:tcMar>
              <w:top w:w="110" w:type="dxa"/>
              <w:left w:w="120" w:type="dxa"/>
              <w:bottom w:w="110" w:type="dxa"/>
              <w:right w:w="120" w:type="dxa"/>
            </w:tcMar>
            <w:vAlign w:val="center"/>
          </w:tcPr>
          <w:p w14:paraId="776139B3" w14:textId="77777777" w:rsidR="00E65BCE" w:rsidRDefault="00F32513">
            <w:pPr>
              <w:spacing w:after="0" w:line="252" w:lineRule="auto"/>
            </w:pPr>
            <w:r>
              <w:t>Signature: ______________________________   Date: ____________________</w:t>
            </w:r>
          </w:p>
        </w:tc>
      </w:tr>
    </w:tbl>
    <w:p w14:paraId="6C248759" w14:textId="77777777" w:rsidR="00F32513" w:rsidRDefault="00F32513"/>
    <w:sectPr w:rsidR="00F32513" w:rsidSect="00034616">
      <w:headerReference w:type="default" r:id="rId9"/>
      <w:footerReference w:type="default" r:id="rId10"/>
      <w:headerReference w:type="first" r:id="rId11"/>
      <w:pgSz w:w="12240" w:h="15840"/>
      <w:pgMar w:top="691" w:right="893" w:bottom="749" w:left="893"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7AAD19" w14:textId="77777777" w:rsidR="00F32513" w:rsidRDefault="00F32513">
      <w:pPr>
        <w:spacing w:after="0" w:line="240" w:lineRule="auto"/>
      </w:pPr>
      <w:r>
        <w:separator/>
      </w:r>
    </w:p>
  </w:endnote>
  <w:endnote w:type="continuationSeparator" w:id="0">
    <w:p w14:paraId="2BB6AE45" w14:textId="77777777" w:rsidR="00F32513" w:rsidRDefault="00F32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4A1D26" w14:textId="77777777" w:rsidR="00E65BCE" w:rsidRDefault="00F32513">
    <w:pPr>
      <w:pStyle w:val="Footer"/>
      <w:jc w:val="center"/>
    </w:pPr>
    <w:r>
      <w:rPr>
        <w:color w:val="6D6D6D"/>
        <w:sz w:val="16"/>
      </w:rPr>
      <w:t xml:space="preserve">Alibaba Appliances </w:t>
    </w:r>
    <w:proofErr w:type="spellStart"/>
    <w:r>
      <w:rPr>
        <w:color w:val="6D6D6D"/>
        <w:sz w:val="16"/>
      </w:rPr>
      <w:t>Sdn</w:t>
    </w:r>
    <w:proofErr w:type="spellEnd"/>
    <w:r>
      <w:rPr>
        <w:color w:val="6D6D6D"/>
        <w:sz w:val="16"/>
      </w:rPr>
      <w:t xml:space="preserve">. Bhd.  </w:t>
    </w:r>
    <w:proofErr w:type="gramStart"/>
    <w:r>
      <w:rPr>
        <w:color w:val="6D6D6D"/>
        <w:sz w:val="16"/>
      </w:rPr>
      <w:t>|  Samview</w:t>
    </w:r>
    <w:proofErr w:type="gramEnd"/>
    <w:r>
      <w:rPr>
        <w:color w:val="6D6D6D"/>
        <w:sz w:val="16"/>
      </w:rPr>
      <w:t xml:space="preserve"> </w:t>
    </w:r>
    <w:proofErr w:type="gramStart"/>
    <w:r>
      <w:rPr>
        <w:color w:val="6D6D6D"/>
        <w:sz w:val="16"/>
      </w:rPr>
      <w:t>Malaysia  |</w:t>
    </w:r>
    <w:proofErr w:type="gramEnd"/>
    <w:r>
      <w:rPr>
        <w:color w:val="6D6D6D"/>
        <w:sz w:val="16"/>
      </w:rPr>
      <w:t xml:space="preserve">  Dealer and Sales Agent Application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85707C" w14:textId="77777777" w:rsidR="00F32513" w:rsidRDefault="00F32513">
      <w:pPr>
        <w:spacing w:after="0" w:line="240" w:lineRule="auto"/>
      </w:pPr>
      <w:r>
        <w:separator/>
      </w:r>
    </w:p>
  </w:footnote>
  <w:footnote w:type="continuationSeparator" w:id="0">
    <w:p w14:paraId="7021A42B" w14:textId="77777777" w:rsidR="00F32513" w:rsidRDefault="00F325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97AA85" w14:textId="77777777" w:rsidR="00E65BCE" w:rsidRDefault="00F32513">
    <w:pPr>
      <w:pStyle w:val="Header"/>
      <w:jc w:val="right"/>
    </w:pPr>
    <w:r>
      <w:rPr>
        <w:b/>
        <w:color w:val="6D6D6D"/>
        <w:sz w:val="17"/>
      </w:rPr>
      <w:t>SAMVIEW MALAYSIA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BF4AE6" w14:textId="77777777" w:rsidR="00E65BCE" w:rsidRDefault="00E65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67713802">
    <w:abstractNumId w:val="8"/>
  </w:num>
  <w:num w:numId="2" w16cid:durableId="1985694326">
    <w:abstractNumId w:val="6"/>
  </w:num>
  <w:num w:numId="3" w16cid:durableId="1362053969">
    <w:abstractNumId w:val="5"/>
  </w:num>
  <w:num w:numId="4" w16cid:durableId="37096056">
    <w:abstractNumId w:val="4"/>
  </w:num>
  <w:num w:numId="5" w16cid:durableId="875973353">
    <w:abstractNumId w:val="7"/>
  </w:num>
  <w:num w:numId="6" w16cid:durableId="948468976">
    <w:abstractNumId w:val="3"/>
  </w:num>
  <w:num w:numId="7" w16cid:durableId="1766879503">
    <w:abstractNumId w:val="2"/>
  </w:num>
  <w:num w:numId="8" w16cid:durableId="20009625">
    <w:abstractNumId w:val="1"/>
  </w:num>
  <w:num w:numId="9" w16cid:durableId="147888600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C3EB6"/>
    <w:rsid w:val="00AA1D8D"/>
    <w:rsid w:val="00B47730"/>
    <w:rsid w:val="00CB0664"/>
    <w:rsid w:val="00E65BCE"/>
    <w:rsid w:val="00F32513"/>
    <w:rsid w:val="00FC2B7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BE187F"/>
  <w14:defaultImageDpi w14:val="300"/>
  <w15:docId w15:val="{3E2D90FB-D244-A24D-A445-D6EEE0179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000000"/>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636</Words>
  <Characters>4080</Characters>
  <Application>Microsoft Office Word</Application>
  <DocSecurity>0</DocSecurity>
  <Lines>185</Lines>
  <Paragraphs>134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Samview Dealer and Sales Agent Application Form</dc:title>
  <dc:subject>Dealer and sales agent application for Samview Malaysia</dc:subject>
  <dc:creator>Alibaba Appliances Sdn. Bhd.</dc:creator>
  <cp:keywords/>
  <dc:description>generated by python-docx</dc:description>
  <cp:lastModifiedBy>samview Malaysia</cp:lastModifiedBy>
  <cp:revision>2</cp:revision>
  <dcterms:created xsi:type="dcterms:W3CDTF">2026-09-25T04:33:00Z</dcterms:created>
  <dcterms:modified xsi:type="dcterms:W3CDTF">2026-09-25T04:33:00Z</dcterms:modified>
  <cp:category/>
</cp:coreProperties>
</file>