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4320"/>
        <w:gridCol w:w="5904"/>
      </w:tblGrid>
      <w:tr w:rsidR="008F4BE9" w14:paraId="5C2C2887" w14:textId="77777777">
        <w:trPr>
          <w:jc w:val="center"/>
        </w:trPr>
        <w:tc>
          <w:tcPr>
            <w:tcW w:w="4320" w:type="dxa"/>
            <w:tcMar>
              <w:top w:w="0" w:type="dxa"/>
              <w:left w:w="0" w:type="dxa"/>
              <w:bottom w:w="0" w:type="dxa"/>
              <w:right w:w="0" w:type="dxa"/>
            </w:tcMar>
            <w:vAlign w:val="center"/>
          </w:tcPr>
          <w:p w14:paraId="63DC2620" w14:textId="77777777" w:rsidR="008F4BE9" w:rsidRDefault="00022B0F">
            <w:pPr>
              <w:spacing w:line="252" w:lineRule="auto"/>
            </w:pPr>
            <w:r>
              <w:rPr>
                <w:noProof/>
              </w:rPr>
              <w:drawing>
                <wp:inline distT="0" distB="0" distL="0" distR="0" wp14:anchorId="7ED3EEA8" wp14:editId="2377AF86">
                  <wp:extent cx="2148840" cy="12087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F77B48-B296-4EAB-8FA0-11682E045780.jpeg"/>
                          <pic:cNvPicPr/>
                        </pic:nvPicPr>
                        <pic:blipFill>
                          <a:blip r:embed="rId8"/>
                          <a:stretch>
                            <a:fillRect/>
                          </a:stretch>
                        </pic:blipFill>
                        <pic:spPr>
                          <a:xfrm>
                            <a:off x="0" y="0"/>
                            <a:ext cx="2148840" cy="1208722"/>
                          </a:xfrm>
                          <a:prstGeom prst="rect">
                            <a:avLst/>
                          </a:prstGeom>
                        </pic:spPr>
                      </pic:pic>
                    </a:graphicData>
                  </a:graphic>
                </wp:inline>
              </w:drawing>
            </w:r>
          </w:p>
        </w:tc>
        <w:tc>
          <w:tcPr>
            <w:tcW w:w="5904" w:type="dxa"/>
            <w:tcMar>
              <w:top w:w="0" w:type="dxa"/>
              <w:left w:w="0" w:type="dxa"/>
              <w:bottom w:w="0" w:type="dxa"/>
              <w:right w:w="0" w:type="dxa"/>
            </w:tcMar>
            <w:vAlign w:val="center"/>
          </w:tcPr>
          <w:p w14:paraId="0FAF891F" w14:textId="77777777" w:rsidR="008F4BE9" w:rsidRDefault="00022B0F">
            <w:pPr>
              <w:spacing w:line="252" w:lineRule="auto"/>
              <w:jc w:val="right"/>
            </w:pPr>
            <w:r>
              <w:rPr>
                <w:b/>
              </w:rPr>
              <w:t>Issued by</w:t>
            </w:r>
            <w:r>
              <w:rPr>
                <w:b/>
              </w:rPr>
              <w:br/>
              <w:t>Alibaba Appliances Sdn. Bhd.</w:t>
            </w:r>
          </w:p>
        </w:tc>
      </w:tr>
    </w:tbl>
    <w:p w14:paraId="251B9AB6" w14:textId="77777777" w:rsidR="008F4BE9" w:rsidRDefault="00022B0F">
      <w:pPr>
        <w:pStyle w:val="Title"/>
        <w:spacing w:before="160" w:after="40"/>
        <w:jc w:val="center"/>
      </w:pPr>
      <w:r>
        <w:rPr>
          <w:rFonts w:ascii="Aptos Display" w:hAnsi="Aptos Display"/>
          <w:b/>
          <w:sz w:val="40"/>
        </w:rPr>
        <w:t>Dealer Company Background Form</w:t>
      </w:r>
    </w:p>
    <w:p w14:paraId="2F0AFF86" w14:textId="77777777" w:rsidR="008F4BE9" w:rsidRDefault="00022B0F">
      <w:pPr>
        <w:spacing w:after="160"/>
        <w:jc w:val="center"/>
      </w:pPr>
      <w:r>
        <w:rPr>
          <w:color w:val="6D6D6D"/>
        </w:rPr>
        <w:t>Supporting information for the Samview dealer and sales agent application</w:t>
      </w:r>
    </w:p>
    <w:p w14:paraId="53F9957D" w14:textId="77777777" w:rsidR="008F4BE9" w:rsidRDefault="00022B0F">
      <w:pPr>
        <w:spacing w:after="140" w:line="259" w:lineRule="auto"/>
      </w:pPr>
      <w:r>
        <w:rPr>
          <w:b/>
          <w:sz w:val="19"/>
        </w:rPr>
        <w:t xml:space="preserve">Purpose  </w:t>
      </w:r>
      <w:r>
        <w:rPr>
          <w:sz w:val="19"/>
        </w:rPr>
        <w:t>This add-on form helps Alibaba Appliances Sdn. Bhd. verify the applicant’s legal status, ownership, business history, financial standing and operating capability. Provide complete information and attach clear, current copies of the requested documents.</w:t>
      </w:r>
    </w:p>
    <w:p w14:paraId="28E8C623" w14:textId="77777777" w:rsidR="008F4BE9" w:rsidRDefault="00022B0F">
      <w:pPr>
        <w:pStyle w:val="Heading1"/>
        <w:spacing w:before="180" w:after="100"/>
      </w:pPr>
      <w:r>
        <w:rPr>
          <w:rFonts w:ascii="Aptos" w:hAnsi="Aptos"/>
          <w:sz w:val="24"/>
        </w:rPr>
        <w:t>1  Application Reference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384"/>
        <w:gridCol w:w="6696"/>
      </w:tblGrid>
      <w:tr w:rsidR="008F4BE9" w14:paraId="630D35D6" w14:textId="77777777">
        <w:trPr>
          <w:cantSplit/>
          <w:jc w:val="center"/>
        </w:trPr>
        <w:tc>
          <w:tcPr>
            <w:tcW w:w="3384" w:type="dxa"/>
            <w:shd w:val="clear" w:color="auto" w:fill="F3F3F3"/>
            <w:tcMar>
              <w:top w:w="110" w:type="dxa"/>
              <w:left w:w="120" w:type="dxa"/>
              <w:bottom w:w="110" w:type="dxa"/>
              <w:right w:w="120" w:type="dxa"/>
            </w:tcMar>
            <w:vAlign w:val="center"/>
          </w:tcPr>
          <w:p w14:paraId="0505EB82" w14:textId="77777777" w:rsidR="008F4BE9" w:rsidRDefault="00022B0F">
            <w:pPr>
              <w:spacing w:after="0" w:line="252" w:lineRule="auto"/>
            </w:pPr>
            <w:r>
              <w:rPr>
                <w:b/>
                <w:sz w:val="19"/>
              </w:rPr>
              <w:t>Applicant company name</w:t>
            </w:r>
          </w:p>
        </w:tc>
        <w:tc>
          <w:tcPr>
            <w:tcW w:w="6696" w:type="dxa"/>
            <w:tcMar>
              <w:top w:w="110" w:type="dxa"/>
              <w:left w:w="120" w:type="dxa"/>
              <w:bottom w:w="110" w:type="dxa"/>
              <w:right w:w="120" w:type="dxa"/>
            </w:tcMar>
            <w:vAlign w:val="center"/>
          </w:tcPr>
          <w:p w14:paraId="4F2895F2" w14:textId="77777777" w:rsidR="008F4BE9" w:rsidRDefault="00022B0F">
            <w:pPr>
              <w:spacing w:after="0" w:line="252" w:lineRule="auto"/>
            </w:pPr>
            <w:r>
              <w:rPr>
                <w:sz w:val="19"/>
              </w:rPr>
              <w:t xml:space="preserve"> </w:t>
            </w:r>
          </w:p>
        </w:tc>
      </w:tr>
      <w:tr w:rsidR="008F4BE9" w14:paraId="5B0FF53D" w14:textId="77777777">
        <w:trPr>
          <w:cantSplit/>
          <w:jc w:val="center"/>
        </w:trPr>
        <w:tc>
          <w:tcPr>
            <w:tcW w:w="3384" w:type="dxa"/>
            <w:shd w:val="clear" w:color="auto" w:fill="F3F3F3"/>
            <w:tcMar>
              <w:top w:w="110" w:type="dxa"/>
              <w:left w:w="120" w:type="dxa"/>
              <w:bottom w:w="110" w:type="dxa"/>
              <w:right w:w="120" w:type="dxa"/>
            </w:tcMar>
            <w:vAlign w:val="center"/>
          </w:tcPr>
          <w:p w14:paraId="0CD7332E" w14:textId="77777777" w:rsidR="008F4BE9" w:rsidRDefault="00022B0F">
            <w:pPr>
              <w:spacing w:after="0" w:line="252" w:lineRule="auto"/>
            </w:pPr>
            <w:r>
              <w:rPr>
                <w:b/>
                <w:sz w:val="19"/>
              </w:rPr>
              <w:t>Main application date</w:t>
            </w:r>
          </w:p>
        </w:tc>
        <w:tc>
          <w:tcPr>
            <w:tcW w:w="6696" w:type="dxa"/>
            <w:tcMar>
              <w:top w:w="110" w:type="dxa"/>
              <w:left w:w="120" w:type="dxa"/>
              <w:bottom w:w="110" w:type="dxa"/>
              <w:right w:w="120" w:type="dxa"/>
            </w:tcMar>
            <w:vAlign w:val="center"/>
          </w:tcPr>
          <w:p w14:paraId="36D3166C" w14:textId="77777777" w:rsidR="008F4BE9" w:rsidRDefault="00022B0F">
            <w:pPr>
              <w:spacing w:after="0" w:line="252" w:lineRule="auto"/>
            </w:pPr>
            <w:r>
              <w:rPr>
                <w:sz w:val="19"/>
              </w:rPr>
              <w:t xml:space="preserve"> </w:t>
            </w:r>
          </w:p>
        </w:tc>
      </w:tr>
      <w:tr w:rsidR="008F4BE9" w14:paraId="4ABAA6B6" w14:textId="77777777">
        <w:trPr>
          <w:cantSplit/>
          <w:jc w:val="center"/>
        </w:trPr>
        <w:tc>
          <w:tcPr>
            <w:tcW w:w="3384" w:type="dxa"/>
            <w:shd w:val="clear" w:color="auto" w:fill="F3F3F3"/>
            <w:tcMar>
              <w:top w:w="110" w:type="dxa"/>
              <w:left w:w="120" w:type="dxa"/>
              <w:bottom w:w="110" w:type="dxa"/>
              <w:right w:w="120" w:type="dxa"/>
            </w:tcMar>
            <w:vAlign w:val="center"/>
          </w:tcPr>
          <w:p w14:paraId="0E40145B" w14:textId="77777777" w:rsidR="008F4BE9" w:rsidRDefault="00022B0F">
            <w:pPr>
              <w:spacing w:after="0" w:line="252" w:lineRule="auto"/>
            </w:pPr>
            <w:r>
              <w:rPr>
                <w:b/>
                <w:sz w:val="19"/>
              </w:rPr>
              <w:t>Contact person</w:t>
            </w:r>
          </w:p>
        </w:tc>
        <w:tc>
          <w:tcPr>
            <w:tcW w:w="6696" w:type="dxa"/>
            <w:tcMar>
              <w:top w:w="110" w:type="dxa"/>
              <w:left w:w="120" w:type="dxa"/>
              <w:bottom w:w="110" w:type="dxa"/>
              <w:right w:w="120" w:type="dxa"/>
            </w:tcMar>
            <w:vAlign w:val="center"/>
          </w:tcPr>
          <w:p w14:paraId="4B59AFD0" w14:textId="77777777" w:rsidR="008F4BE9" w:rsidRDefault="00022B0F">
            <w:pPr>
              <w:spacing w:after="0" w:line="252" w:lineRule="auto"/>
            </w:pPr>
            <w:r>
              <w:rPr>
                <w:sz w:val="19"/>
              </w:rPr>
              <w:t xml:space="preserve"> </w:t>
            </w:r>
          </w:p>
        </w:tc>
      </w:tr>
      <w:tr w:rsidR="008F4BE9" w14:paraId="79B78456" w14:textId="77777777">
        <w:trPr>
          <w:cantSplit/>
          <w:jc w:val="center"/>
        </w:trPr>
        <w:tc>
          <w:tcPr>
            <w:tcW w:w="3384" w:type="dxa"/>
            <w:shd w:val="clear" w:color="auto" w:fill="F3F3F3"/>
            <w:tcMar>
              <w:top w:w="110" w:type="dxa"/>
              <w:left w:w="120" w:type="dxa"/>
              <w:bottom w:w="110" w:type="dxa"/>
              <w:right w:w="120" w:type="dxa"/>
            </w:tcMar>
            <w:vAlign w:val="center"/>
          </w:tcPr>
          <w:p w14:paraId="759A8063" w14:textId="77777777" w:rsidR="008F4BE9" w:rsidRDefault="00022B0F">
            <w:pPr>
              <w:spacing w:after="0" w:line="252" w:lineRule="auto"/>
            </w:pPr>
            <w:r>
              <w:rPr>
                <w:b/>
                <w:sz w:val="19"/>
              </w:rPr>
              <w:t>Mobile and email</w:t>
            </w:r>
          </w:p>
        </w:tc>
        <w:tc>
          <w:tcPr>
            <w:tcW w:w="6696" w:type="dxa"/>
            <w:tcMar>
              <w:top w:w="110" w:type="dxa"/>
              <w:left w:w="120" w:type="dxa"/>
              <w:bottom w:w="110" w:type="dxa"/>
              <w:right w:w="120" w:type="dxa"/>
            </w:tcMar>
            <w:vAlign w:val="center"/>
          </w:tcPr>
          <w:p w14:paraId="433C41DD" w14:textId="77777777" w:rsidR="008F4BE9" w:rsidRDefault="00022B0F">
            <w:pPr>
              <w:spacing w:after="0" w:line="252" w:lineRule="auto"/>
            </w:pPr>
            <w:r>
              <w:rPr>
                <w:sz w:val="19"/>
              </w:rPr>
              <w:t xml:space="preserve"> </w:t>
            </w:r>
          </w:p>
        </w:tc>
      </w:tr>
      <w:tr w:rsidR="008F4BE9" w14:paraId="29DDF7CF" w14:textId="77777777">
        <w:trPr>
          <w:cantSplit/>
          <w:jc w:val="center"/>
        </w:trPr>
        <w:tc>
          <w:tcPr>
            <w:tcW w:w="3384" w:type="dxa"/>
            <w:shd w:val="clear" w:color="auto" w:fill="F3F3F3"/>
            <w:tcMar>
              <w:top w:w="110" w:type="dxa"/>
              <w:left w:w="120" w:type="dxa"/>
              <w:bottom w:w="110" w:type="dxa"/>
              <w:right w:w="120" w:type="dxa"/>
            </w:tcMar>
            <w:vAlign w:val="center"/>
          </w:tcPr>
          <w:p w14:paraId="105CDB45" w14:textId="77777777" w:rsidR="008F4BE9" w:rsidRDefault="00022B0F">
            <w:pPr>
              <w:spacing w:after="0" w:line="252" w:lineRule="auto"/>
            </w:pPr>
            <w:r>
              <w:rPr>
                <w:b/>
                <w:sz w:val="19"/>
              </w:rPr>
              <w:t>Proposed appointment</w:t>
            </w:r>
          </w:p>
        </w:tc>
        <w:tc>
          <w:tcPr>
            <w:tcW w:w="6696" w:type="dxa"/>
            <w:tcMar>
              <w:top w:w="110" w:type="dxa"/>
              <w:left w:w="120" w:type="dxa"/>
              <w:bottom w:w="110" w:type="dxa"/>
              <w:right w:w="120" w:type="dxa"/>
            </w:tcMar>
            <w:vAlign w:val="center"/>
          </w:tcPr>
          <w:p w14:paraId="55549B7D" w14:textId="77777777" w:rsidR="008F4BE9" w:rsidRDefault="00022B0F">
            <w:pPr>
              <w:spacing w:after="0" w:line="252" w:lineRule="auto"/>
            </w:pPr>
            <w:r>
              <w:rPr>
                <w:sz w:val="19"/>
              </w:rPr>
              <w:t>☐</w:t>
            </w:r>
            <w:r>
              <w:rPr>
                <w:sz w:val="19"/>
              </w:rPr>
              <w:t xml:space="preserve"> Dealer   ☐ Sales Agent   ☐ Project Partner   ☐ Installer or Integrator</w:t>
            </w:r>
          </w:p>
        </w:tc>
      </w:tr>
    </w:tbl>
    <w:p w14:paraId="43787B2B" w14:textId="77777777" w:rsidR="008F4BE9" w:rsidRDefault="00022B0F">
      <w:pPr>
        <w:pStyle w:val="Heading1"/>
        <w:spacing w:before="180" w:after="100"/>
      </w:pPr>
      <w:r>
        <w:rPr>
          <w:rFonts w:ascii="Aptos" w:hAnsi="Aptos"/>
          <w:sz w:val="24"/>
        </w:rPr>
        <w:t>2  Company Registration Information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384"/>
        <w:gridCol w:w="6696"/>
      </w:tblGrid>
      <w:tr w:rsidR="008F4BE9" w14:paraId="7F4CFA41" w14:textId="77777777">
        <w:trPr>
          <w:cantSplit/>
          <w:jc w:val="center"/>
        </w:trPr>
        <w:tc>
          <w:tcPr>
            <w:tcW w:w="3384" w:type="dxa"/>
            <w:shd w:val="clear" w:color="auto" w:fill="F3F3F3"/>
            <w:tcMar>
              <w:top w:w="110" w:type="dxa"/>
              <w:left w:w="120" w:type="dxa"/>
              <w:bottom w:w="110" w:type="dxa"/>
              <w:right w:w="120" w:type="dxa"/>
            </w:tcMar>
            <w:vAlign w:val="center"/>
          </w:tcPr>
          <w:p w14:paraId="0019F897" w14:textId="77777777" w:rsidR="008F4BE9" w:rsidRDefault="00022B0F">
            <w:pPr>
              <w:spacing w:after="0" w:line="252" w:lineRule="auto"/>
            </w:pPr>
            <w:r>
              <w:rPr>
                <w:b/>
                <w:sz w:val="19"/>
              </w:rPr>
              <w:t>Registered company name</w:t>
            </w:r>
          </w:p>
        </w:tc>
        <w:tc>
          <w:tcPr>
            <w:tcW w:w="6696" w:type="dxa"/>
            <w:tcMar>
              <w:top w:w="110" w:type="dxa"/>
              <w:left w:w="120" w:type="dxa"/>
              <w:bottom w:w="110" w:type="dxa"/>
              <w:right w:w="120" w:type="dxa"/>
            </w:tcMar>
            <w:vAlign w:val="center"/>
          </w:tcPr>
          <w:p w14:paraId="7F6275C5" w14:textId="77777777" w:rsidR="008F4BE9" w:rsidRDefault="00022B0F">
            <w:pPr>
              <w:spacing w:after="0" w:line="252" w:lineRule="auto"/>
            </w:pPr>
            <w:r>
              <w:rPr>
                <w:sz w:val="19"/>
              </w:rPr>
              <w:t xml:space="preserve"> </w:t>
            </w:r>
          </w:p>
        </w:tc>
      </w:tr>
      <w:tr w:rsidR="008F4BE9" w14:paraId="0FA11B8F" w14:textId="77777777">
        <w:trPr>
          <w:cantSplit/>
          <w:jc w:val="center"/>
        </w:trPr>
        <w:tc>
          <w:tcPr>
            <w:tcW w:w="3384" w:type="dxa"/>
            <w:shd w:val="clear" w:color="auto" w:fill="F3F3F3"/>
            <w:tcMar>
              <w:top w:w="110" w:type="dxa"/>
              <w:left w:w="120" w:type="dxa"/>
              <w:bottom w:w="110" w:type="dxa"/>
              <w:right w:w="120" w:type="dxa"/>
            </w:tcMar>
            <w:vAlign w:val="center"/>
          </w:tcPr>
          <w:p w14:paraId="47298879" w14:textId="77777777" w:rsidR="008F4BE9" w:rsidRDefault="00022B0F">
            <w:pPr>
              <w:spacing w:after="0" w:line="252" w:lineRule="auto"/>
            </w:pPr>
            <w:r>
              <w:rPr>
                <w:b/>
                <w:sz w:val="19"/>
              </w:rPr>
              <w:t>SSM registration number</w:t>
            </w:r>
          </w:p>
        </w:tc>
        <w:tc>
          <w:tcPr>
            <w:tcW w:w="6696" w:type="dxa"/>
            <w:tcMar>
              <w:top w:w="110" w:type="dxa"/>
              <w:left w:w="120" w:type="dxa"/>
              <w:bottom w:w="110" w:type="dxa"/>
              <w:right w:w="120" w:type="dxa"/>
            </w:tcMar>
            <w:vAlign w:val="center"/>
          </w:tcPr>
          <w:p w14:paraId="1F656359" w14:textId="77777777" w:rsidR="008F4BE9" w:rsidRDefault="00022B0F">
            <w:pPr>
              <w:spacing w:after="0" w:line="252" w:lineRule="auto"/>
            </w:pPr>
            <w:r>
              <w:rPr>
                <w:sz w:val="19"/>
              </w:rPr>
              <w:t xml:space="preserve"> </w:t>
            </w:r>
          </w:p>
        </w:tc>
      </w:tr>
      <w:tr w:rsidR="008F4BE9" w14:paraId="64FCD007" w14:textId="77777777">
        <w:trPr>
          <w:cantSplit/>
          <w:jc w:val="center"/>
        </w:trPr>
        <w:tc>
          <w:tcPr>
            <w:tcW w:w="3384" w:type="dxa"/>
            <w:shd w:val="clear" w:color="auto" w:fill="F3F3F3"/>
            <w:tcMar>
              <w:top w:w="110" w:type="dxa"/>
              <w:left w:w="120" w:type="dxa"/>
              <w:bottom w:w="110" w:type="dxa"/>
              <w:right w:w="120" w:type="dxa"/>
            </w:tcMar>
            <w:vAlign w:val="center"/>
          </w:tcPr>
          <w:p w14:paraId="32AB08B4" w14:textId="77777777" w:rsidR="008F4BE9" w:rsidRDefault="00022B0F">
            <w:pPr>
              <w:spacing w:after="0" w:line="252" w:lineRule="auto"/>
            </w:pPr>
            <w:r>
              <w:rPr>
                <w:b/>
                <w:sz w:val="19"/>
              </w:rPr>
              <w:t>Former company name</w:t>
            </w:r>
          </w:p>
        </w:tc>
        <w:tc>
          <w:tcPr>
            <w:tcW w:w="6696" w:type="dxa"/>
            <w:tcMar>
              <w:top w:w="110" w:type="dxa"/>
              <w:left w:w="120" w:type="dxa"/>
              <w:bottom w:w="110" w:type="dxa"/>
              <w:right w:w="120" w:type="dxa"/>
            </w:tcMar>
            <w:vAlign w:val="center"/>
          </w:tcPr>
          <w:p w14:paraId="6679AD5E" w14:textId="77777777" w:rsidR="008F4BE9" w:rsidRDefault="00022B0F">
            <w:pPr>
              <w:spacing w:after="0" w:line="252" w:lineRule="auto"/>
            </w:pPr>
            <w:r>
              <w:rPr>
                <w:sz w:val="19"/>
              </w:rPr>
              <w:t>If applicable: ______________________________________________</w:t>
            </w:r>
          </w:p>
        </w:tc>
      </w:tr>
      <w:tr w:rsidR="008F4BE9" w14:paraId="06AF439B" w14:textId="77777777">
        <w:trPr>
          <w:cantSplit/>
          <w:jc w:val="center"/>
        </w:trPr>
        <w:tc>
          <w:tcPr>
            <w:tcW w:w="3384" w:type="dxa"/>
            <w:shd w:val="clear" w:color="auto" w:fill="F3F3F3"/>
            <w:tcMar>
              <w:top w:w="110" w:type="dxa"/>
              <w:left w:w="120" w:type="dxa"/>
              <w:bottom w:w="110" w:type="dxa"/>
              <w:right w:w="120" w:type="dxa"/>
            </w:tcMar>
            <w:vAlign w:val="center"/>
          </w:tcPr>
          <w:p w14:paraId="51C5976D" w14:textId="77777777" w:rsidR="008F4BE9" w:rsidRDefault="00022B0F">
            <w:pPr>
              <w:spacing w:after="0" w:line="252" w:lineRule="auto"/>
            </w:pPr>
            <w:r>
              <w:rPr>
                <w:b/>
                <w:sz w:val="19"/>
              </w:rPr>
              <w:t>Date of incorporation</w:t>
            </w:r>
          </w:p>
        </w:tc>
        <w:tc>
          <w:tcPr>
            <w:tcW w:w="6696" w:type="dxa"/>
            <w:tcMar>
              <w:top w:w="110" w:type="dxa"/>
              <w:left w:w="120" w:type="dxa"/>
              <w:bottom w:w="110" w:type="dxa"/>
              <w:right w:w="120" w:type="dxa"/>
            </w:tcMar>
            <w:vAlign w:val="center"/>
          </w:tcPr>
          <w:p w14:paraId="244F063E" w14:textId="77777777" w:rsidR="008F4BE9" w:rsidRDefault="00022B0F">
            <w:pPr>
              <w:spacing w:after="0" w:line="252" w:lineRule="auto"/>
            </w:pPr>
            <w:r>
              <w:rPr>
                <w:sz w:val="19"/>
              </w:rPr>
              <w:t xml:space="preserve"> </w:t>
            </w:r>
          </w:p>
        </w:tc>
      </w:tr>
      <w:tr w:rsidR="008F4BE9" w14:paraId="24DFC779" w14:textId="77777777">
        <w:trPr>
          <w:cantSplit/>
          <w:jc w:val="center"/>
        </w:trPr>
        <w:tc>
          <w:tcPr>
            <w:tcW w:w="3384" w:type="dxa"/>
            <w:shd w:val="clear" w:color="auto" w:fill="F3F3F3"/>
            <w:tcMar>
              <w:top w:w="110" w:type="dxa"/>
              <w:left w:w="120" w:type="dxa"/>
              <w:bottom w:w="110" w:type="dxa"/>
              <w:right w:w="120" w:type="dxa"/>
            </w:tcMar>
            <w:vAlign w:val="center"/>
          </w:tcPr>
          <w:p w14:paraId="0CC144F0" w14:textId="77777777" w:rsidR="008F4BE9" w:rsidRDefault="00022B0F">
            <w:pPr>
              <w:spacing w:after="0" w:line="252" w:lineRule="auto"/>
            </w:pPr>
            <w:r>
              <w:rPr>
                <w:b/>
                <w:sz w:val="19"/>
              </w:rPr>
              <w:t>Business structure</w:t>
            </w:r>
          </w:p>
        </w:tc>
        <w:tc>
          <w:tcPr>
            <w:tcW w:w="6696" w:type="dxa"/>
            <w:tcMar>
              <w:top w:w="110" w:type="dxa"/>
              <w:left w:w="120" w:type="dxa"/>
              <w:bottom w:w="110" w:type="dxa"/>
              <w:right w:w="120" w:type="dxa"/>
            </w:tcMar>
            <w:vAlign w:val="center"/>
          </w:tcPr>
          <w:p w14:paraId="6D7E646E" w14:textId="77777777" w:rsidR="008F4BE9" w:rsidRDefault="00022B0F">
            <w:pPr>
              <w:spacing w:after="0" w:line="252" w:lineRule="auto"/>
            </w:pPr>
            <w:r>
              <w:rPr>
                <w:sz w:val="19"/>
              </w:rPr>
              <w:t>☐</w:t>
            </w:r>
            <w:r>
              <w:rPr>
                <w:sz w:val="19"/>
              </w:rPr>
              <w:t xml:space="preserve"> Sdn. Bhd.   ☐ Enterprise   ☐ Partnership   ☐ Other: __________________</w:t>
            </w:r>
          </w:p>
        </w:tc>
      </w:tr>
      <w:tr w:rsidR="008F4BE9" w14:paraId="637D2ECA" w14:textId="77777777">
        <w:trPr>
          <w:cantSplit/>
          <w:jc w:val="center"/>
        </w:trPr>
        <w:tc>
          <w:tcPr>
            <w:tcW w:w="3384" w:type="dxa"/>
            <w:shd w:val="clear" w:color="auto" w:fill="F3F3F3"/>
            <w:tcMar>
              <w:top w:w="110" w:type="dxa"/>
              <w:left w:w="120" w:type="dxa"/>
              <w:bottom w:w="110" w:type="dxa"/>
              <w:right w:w="120" w:type="dxa"/>
            </w:tcMar>
            <w:vAlign w:val="center"/>
          </w:tcPr>
          <w:p w14:paraId="37F43C02" w14:textId="77777777" w:rsidR="008F4BE9" w:rsidRDefault="00022B0F">
            <w:pPr>
              <w:spacing w:after="0" w:line="252" w:lineRule="auto"/>
            </w:pPr>
            <w:r>
              <w:rPr>
                <w:b/>
                <w:sz w:val="19"/>
              </w:rPr>
              <w:t>Nature of business</w:t>
            </w:r>
          </w:p>
        </w:tc>
        <w:tc>
          <w:tcPr>
            <w:tcW w:w="6696" w:type="dxa"/>
            <w:tcMar>
              <w:top w:w="110" w:type="dxa"/>
              <w:left w:w="120" w:type="dxa"/>
              <w:bottom w:w="110" w:type="dxa"/>
              <w:right w:w="120" w:type="dxa"/>
            </w:tcMar>
            <w:vAlign w:val="center"/>
          </w:tcPr>
          <w:p w14:paraId="2FAEE468" w14:textId="77777777" w:rsidR="008F4BE9" w:rsidRDefault="00022B0F">
            <w:pPr>
              <w:spacing w:after="0" w:line="252" w:lineRule="auto"/>
            </w:pPr>
            <w:r>
              <w:rPr>
                <w:sz w:val="19"/>
              </w:rPr>
              <w:t xml:space="preserve"> </w:t>
            </w:r>
          </w:p>
        </w:tc>
      </w:tr>
      <w:tr w:rsidR="008F4BE9" w14:paraId="3FA1AD56" w14:textId="77777777">
        <w:trPr>
          <w:cantSplit/>
          <w:jc w:val="center"/>
        </w:trPr>
        <w:tc>
          <w:tcPr>
            <w:tcW w:w="3384" w:type="dxa"/>
            <w:shd w:val="clear" w:color="auto" w:fill="F3F3F3"/>
            <w:tcMar>
              <w:top w:w="110" w:type="dxa"/>
              <w:left w:w="120" w:type="dxa"/>
              <w:bottom w:w="110" w:type="dxa"/>
              <w:right w:w="120" w:type="dxa"/>
            </w:tcMar>
            <w:vAlign w:val="center"/>
          </w:tcPr>
          <w:p w14:paraId="5478E063" w14:textId="77777777" w:rsidR="008F4BE9" w:rsidRDefault="00022B0F">
            <w:pPr>
              <w:spacing w:after="0" w:line="252" w:lineRule="auto"/>
            </w:pPr>
            <w:r>
              <w:rPr>
                <w:b/>
                <w:sz w:val="19"/>
              </w:rPr>
              <w:t>Registered address</w:t>
            </w:r>
          </w:p>
        </w:tc>
        <w:tc>
          <w:tcPr>
            <w:tcW w:w="6696" w:type="dxa"/>
            <w:tcMar>
              <w:top w:w="110" w:type="dxa"/>
              <w:left w:w="120" w:type="dxa"/>
              <w:bottom w:w="110" w:type="dxa"/>
              <w:right w:w="120" w:type="dxa"/>
            </w:tcMar>
            <w:vAlign w:val="center"/>
          </w:tcPr>
          <w:p w14:paraId="3C450A1C" w14:textId="77777777" w:rsidR="008F4BE9" w:rsidRDefault="00022B0F">
            <w:pPr>
              <w:spacing w:after="0" w:line="252" w:lineRule="auto"/>
            </w:pPr>
            <w:r>
              <w:rPr>
                <w:sz w:val="19"/>
              </w:rPr>
              <w:br/>
            </w:r>
          </w:p>
        </w:tc>
      </w:tr>
      <w:tr w:rsidR="008F4BE9" w14:paraId="571227D5" w14:textId="77777777">
        <w:trPr>
          <w:cantSplit/>
          <w:jc w:val="center"/>
        </w:trPr>
        <w:tc>
          <w:tcPr>
            <w:tcW w:w="3384" w:type="dxa"/>
            <w:shd w:val="clear" w:color="auto" w:fill="F3F3F3"/>
            <w:tcMar>
              <w:top w:w="110" w:type="dxa"/>
              <w:left w:w="120" w:type="dxa"/>
              <w:bottom w:w="110" w:type="dxa"/>
              <w:right w:w="120" w:type="dxa"/>
            </w:tcMar>
            <w:vAlign w:val="center"/>
          </w:tcPr>
          <w:p w14:paraId="38839BED" w14:textId="77777777" w:rsidR="008F4BE9" w:rsidRDefault="00022B0F">
            <w:pPr>
              <w:spacing w:after="0" w:line="252" w:lineRule="auto"/>
            </w:pPr>
            <w:r>
              <w:rPr>
                <w:b/>
                <w:sz w:val="19"/>
              </w:rPr>
              <w:t>Operating address</w:t>
            </w:r>
          </w:p>
        </w:tc>
        <w:tc>
          <w:tcPr>
            <w:tcW w:w="6696" w:type="dxa"/>
            <w:tcMar>
              <w:top w:w="110" w:type="dxa"/>
              <w:left w:w="120" w:type="dxa"/>
              <w:bottom w:w="110" w:type="dxa"/>
              <w:right w:w="120" w:type="dxa"/>
            </w:tcMar>
            <w:vAlign w:val="center"/>
          </w:tcPr>
          <w:p w14:paraId="2C01AB37" w14:textId="77777777" w:rsidR="008F4BE9" w:rsidRDefault="00022B0F">
            <w:pPr>
              <w:spacing w:after="0" w:line="252" w:lineRule="auto"/>
            </w:pPr>
            <w:r>
              <w:rPr>
                <w:sz w:val="19"/>
              </w:rPr>
              <w:br/>
            </w:r>
          </w:p>
        </w:tc>
      </w:tr>
      <w:tr w:rsidR="008F4BE9" w14:paraId="37D3B539" w14:textId="77777777">
        <w:trPr>
          <w:cantSplit/>
          <w:jc w:val="center"/>
        </w:trPr>
        <w:tc>
          <w:tcPr>
            <w:tcW w:w="3384" w:type="dxa"/>
            <w:shd w:val="clear" w:color="auto" w:fill="F3F3F3"/>
            <w:tcMar>
              <w:top w:w="110" w:type="dxa"/>
              <w:left w:w="120" w:type="dxa"/>
              <w:bottom w:w="110" w:type="dxa"/>
              <w:right w:w="120" w:type="dxa"/>
            </w:tcMar>
            <w:vAlign w:val="center"/>
          </w:tcPr>
          <w:p w14:paraId="6E8F01D3" w14:textId="77777777" w:rsidR="008F4BE9" w:rsidRDefault="00022B0F">
            <w:pPr>
              <w:spacing w:after="0" w:line="252" w:lineRule="auto"/>
            </w:pPr>
            <w:r>
              <w:rPr>
                <w:b/>
                <w:sz w:val="19"/>
              </w:rPr>
              <w:t>Paid up capital</w:t>
            </w:r>
          </w:p>
        </w:tc>
        <w:tc>
          <w:tcPr>
            <w:tcW w:w="6696" w:type="dxa"/>
            <w:tcMar>
              <w:top w:w="110" w:type="dxa"/>
              <w:left w:w="120" w:type="dxa"/>
              <w:bottom w:w="110" w:type="dxa"/>
              <w:right w:w="120" w:type="dxa"/>
            </w:tcMar>
            <w:vAlign w:val="center"/>
          </w:tcPr>
          <w:p w14:paraId="7F45E79F" w14:textId="77777777" w:rsidR="008F4BE9" w:rsidRDefault="00022B0F">
            <w:pPr>
              <w:spacing w:after="0" w:line="252" w:lineRule="auto"/>
            </w:pPr>
            <w:r>
              <w:rPr>
                <w:sz w:val="19"/>
              </w:rPr>
              <w:t>RM ____________________  If applicable</w:t>
            </w:r>
          </w:p>
        </w:tc>
      </w:tr>
    </w:tbl>
    <w:p w14:paraId="4FDC2C4A" w14:textId="77777777" w:rsidR="008F4BE9" w:rsidRDefault="00022B0F">
      <w:pPr>
        <w:pStyle w:val="Heading1"/>
        <w:spacing w:before="180" w:after="100"/>
      </w:pPr>
      <w:r>
        <w:rPr>
          <w:rFonts w:ascii="Aptos" w:hAnsi="Aptos"/>
          <w:sz w:val="24"/>
        </w:rPr>
        <w:t>3  SSM and Statutory Documents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227"/>
        <w:gridCol w:w="5227"/>
      </w:tblGrid>
      <w:tr w:rsidR="008F4BE9" w14:paraId="0E078996" w14:textId="77777777">
        <w:trPr>
          <w:jc w:val="center"/>
        </w:trPr>
        <w:tc>
          <w:tcPr>
            <w:tcW w:w="5227" w:type="dxa"/>
            <w:tcMar>
              <w:top w:w="115" w:type="dxa"/>
              <w:left w:w="120" w:type="dxa"/>
              <w:bottom w:w="115" w:type="dxa"/>
              <w:right w:w="120" w:type="dxa"/>
            </w:tcMar>
            <w:vAlign w:val="center"/>
          </w:tcPr>
          <w:p w14:paraId="4C9BF1E4" w14:textId="77777777" w:rsidR="008F4BE9" w:rsidRDefault="00022B0F">
            <w:pPr>
              <w:spacing w:after="0" w:line="252" w:lineRule="auto"/>
            </w:pPr>
            <w:r>
              <w:rPr>
                <w:sz w:val="18"/>
              </w:rPr>
              <w:t>☐</w:t>
            </w:r>
            <w:r>
              <w:rPr>
                <w:sz w:val="18"/>
              </w:rPr>
              <w:t xml:space="preserve">  SSM registration or incorporation certificate</w:t>
            </w:r>
          </w:p>
        </w:tc>
        <w:tc>
          <w:tcPr>
            <w:tcW w:w="5227" w:type="dxa"/>
            <w:tcMar>
              <w:top w:w="115" w:type="dxa"/>
              <w:left w:w="120" w:type="dxa"/>
              <w:bottom w:w="115" w:type="dxa"/>
              <w:right w:w="120" w:type="dxa"/>
            </w:tcMar>
            <w:vAlign w:val="center"/>
          </w:tcPr>
          <w:p w14:paraId="159B9DF5" w14:textId="77777777" w:rsidR="008F4BE9" w:rsidRDefault="00022B0F">
            <w:pPr>
              <w:spacing w:after="0" w:line="252" w:lineRule="auto"/>
            </w:pPr>
            <w:r>
              <w:rPr>
                <w:sz w:val="18"/>
              </w:rPr>
              <w:t>☐</w:t>
            </w:r>
            <w:r>
              <w:rPr>
                <w:sz w:val="18"/>
              </w:rPr>
              <w:t xml:space="preserve">  Latest SSM company or business profile</w:t>
            </w:r>
          </w:p>
        </w:tc>
      </w:tr>
      <w:tr w:rsidR="008F4BE9" w14:paraId="2DDC00D2" w14:textId="77777777">
        <w:trPr>
          <w:jc w:val="center"/>
        </w:trPr>
        <w:tc>
          <w:tcPr>
            <w:tcW w:w="5227" w:type="dxa"/>
            <w:tcMar>
              <w:top w:w="115" w:type="dxa"/>
              <w:left w:w="120" w:type="dxa"/>
              <w:bottom w:w="115" w:type="dxa"/>
              <w:right w:w="120" w:type="dxa"/>
            </w:tcMar>
            <w:vAlign w:val="center"/>
          </w:tcPr>
          <w:p w14:paraId="52360134" w14:textId="77777777" w:rsidR="008F4BE9" w:rsidRDefault="00022B0F">
            <w:pPr>
              <w:spacing w:after="0" w:line="252" w:lineRule="auto"/>
            </w:pPr>
            <w:r>
              <w:rPr>
                <w:sz w:val="18"/>
              </w:rPr>
              <w:lastRenderedPageBreak/>
              <w:t>☐</w:t>
            </w:r>
            <w:r>
              <w:rPr>
                <w:sz w:val="18"/>
              </w:rPr>
              <w:t xml:space="preserve">  Current directors and shareholders information</w:t>
            </w:r>
          </w:p>
        </w:tc>
        <w:tc>
          <w:tcPr>
            <w:tcW w:w="5227" w:type="dxa"/>
            <w:tcMar>
              <w:top w:w="115" w:type="dxa"/>
              <w:left w:w="120" w:type="dxa"/>
              <w:bottom w:w="115" w:type="dxa"/>
              <w:right w:w="120" w:type="dxa"/>
            </w:tcMar>
            <w:vAlign w:val="center"/>
          </w:tcPr>
          <w:p w14:paraId="7CD90D31" w14:textId="77777777" w:rsidR="008F4BE9" w:rsidRDefault="00022B0F">
            <w:pPr>
              <w:spacing w:after="0" w:line="252" w:lineRule="auto"/>
            </w:pPr>
            <w:r>
              <w:rPr>
                <w:sz w:val="18"/>
              </w:rPr>
              <w:t>☐</w:t>
            </w:r>
            <w:r>
              <w:rPr>
                <w:sz w:val="18"/>
              </w:rPr>
              <w:t xml:space="preserve">  Registered address information</w:t>
            </w:r>
          </w:p>
        </w:tc>
      </w:tr>
      <w:tr w:rsidR="008F4BE9" w14:paraId="5E7816B6" w14:textId="77777777">
        <w:trPr>
          <w:jc w:val="center"/>
        </w:trPr>
        <w:tc>
          <w:tcPr>
            <w:tcW w:w="5227" w:type="dxa"/>
            <w:tcMar>
              <w:top w:w="115" w:type="dxa"/>
              <w:left w:w="120" w:type="dxa"/>
              <w:bottom w:w="115" w:type="dxa"/>
              <w:right w:w="120" w:type="dxa"/>
            </w:tcMar>
            <w:vAlign w:val="center"/>
          </w:tcPr>
          <w:p w14:paraId="6C18410B" w14:textId="77777777" w:rsidR="008F4BE9" w:rsidRDefault="00022B0F">
            <w:pPr>
              <w:spacing w:after="0" w:line="252" w:lineRule="auto"/>
            </w:pPr>
            <w:r>
              <w:rPr>
                <w:sz w:val="18"/>
              </w:rPr>
              <w:t>☐</w:t>
            </w:r>
            <w:r>
              <w:rPr>
                <w:sz w:val="18"/>
              </w:rPr>
              <w:t xml:space="preserve">  Company constitution if applicable</w:t>
            </w:r>
          </w:p>
        </w:tc>
        <w:tc>
          <w:tcPr>
            <w:tcW w:w="5227" w:type="dxa"/>
            <w:tcMar>
              <w:top w:w="115" w:type="dxa"/>
              <w:left w:w="120" w:type="dxa"/>
              <w:bottom w:w="115" w:type="dxa"/>
              <w:right w:w="120" w:type="dxa"/>
            </w:tcMar>
            <w:vAlign w:val="center"/>
          </w:tcPr>
          <w:p w14:paraId="79842B25" w14:textId="77777777" w:rsidR="008F4BE9" w:rsidRDefault="00022B0F">
            <w:pPr>
              <w:spacing w:after="0" w:line="252" w:lineRule="auto"/>
            </w:pPr>
            <w:r>
              <w:rPr>
                <w:sz w:val="18"/>
              </w:rPr>
              <w:t>☐</w:t>
            </w:r>
            <w:r>
              <w:rPr>
                <w:sz w:val="18"/>
              </w:rPr>
              <w:t xml:space="preserve">  Change of company name document if applicable</w:t>
            </w:r>
          </w:p>
        </w:tc>
      </w:tr>
      <w:tr w:rsidR="008F4BE9" w14:paraId="72D10CC6" w14:textId="77777777">
        <w:trPr>
          <w:jc w:val="center"/>
        </w:trPr>
        <w:tc>
          <w:tcPr>
            <w:tcW w:w="5227" w:type="dxa"/>
            <w:tcMar>
              <w:top w:w="115" w:type="dxa"/>
              <w:left w:w="120" w:type="dxa"/>
              <w:bottom w:w="115" w:type="dxa"/>
              <w:right w:w="120" w:type="dxa"/>
            </w:tcMar>
            <w:vAlign w:val="center"/>
          </w:tcPr>
          <w:p w14:paraId="400C3017" w14:textId="77777777" w:rsidR="008F4BE9" w:rsidRDefault="00022B0F">
            <w:pPr>
              <w:spacing w:after="0" w:line="252" w:lineRule="auto"/>
            </w:pPr>
            <w:r>
              <w:rPr>
                <w:sz w:val="18"/>
              </w:rPr>
              <w:t>☐</w:t>
            </w:r>
            <w:r>
              <w:rPr>
                <w:sz w:val="18"/>
              </w:rPr>
              <w:t xml:space="preserve">  SST registration certificate if applicable</w:t>
            </w:r>
          </w:p>
        </w:tc>
        <w:tc>
          <w:tcPr>
            <w:tcW w:w="5227" w:type="dxa"/>
            <w:tcMar>
              <w:top w:w="115" w:type="dxa"/>
              <w:left w:w="120" w:type="dxa"/>
              <w:bottom w:w="115" w:type="dxa"/>
              <w:right w:w="120" w:type="dxa"/>
            </w:tcMar>
            <w:vAlign w:val="center"/>
          </w:tcPr>
          <w:p w14:paraId="2E9DB261" w14:textId="77777777" w:rsidR="008F4BE9" w:rsidRDefault="00022B0F">
            <w:pPr>
              <w:spacing w:after="0" w:line="252" w:lineRule="auto"/>
            </w:pPr>
            <w:r>
              <w:rPr>
                <w:sz w:val="18"/>
              </w:rPr>
              <w:t>☐</w:t>
            </w:r>
            <w:r>
              <w:rPr>
                <w:sz w:val="18"/>
              </w:rPr>
              <w:t xml:space="preserve">  LHDN tax registration information</w:t>
            </w:r>
          </w:p>
        </w:tc>
      </w:tr>
      <w:tr w:rsidR="008F4BE9" w14:paraId="10C4DC2F" w14:textId="77777777">
        <w:trPr>
          <w:jc w:val="center"/>
        </w:trPr>
        <w:tc>
          <w:tcPr>
            <w:tcW w:w="5227" w:type="dxa"/>
            <w:tcMar>
              <w:top w:w="115" w:type="dxa"/>
              <w:left w:w="120" w:type="dxa"/>
              <w:bottom w:w="115" w:type="dxa"/>
              <w:right w:w="120" w:type="dxa"/>
            </w:tcMar>
            <w:vAlign w:val="center"/>
          </w:tcPr>
          <w:p w14:paraId="58E40A74" w14:textId="77777777" w:rsidR="008F4BE9" w:rsidRDefault="00022B0F">
            <w:pPr>
              <w:spacing w:after="0" w:line="252" w:lineRule="auto"/>
            </w:pPr>
            <w:r>
              <w:rPr>
                <w:sz w:val="18"/>
              </w:rPr>
              <w:t>☐</w:t>
            </w:r>
            <w:r>
              <w:rPr>
                <w:sz w:val="18"/>
              </w:rPr>
              <w:t xml:space="preserve">  MOF registration if applicable</w:t>
            </w:r>
          </w:p>
        </w:tc>
        <w:tc>
          <w:tcPr>
            <w:tcW w:w="5227" w:type="dxa"/>
            <w:tcMar>
              <w:top w:w="115" w:type="dxa"/>
              <w:left w:w="120" w:type="dxa"/>
              <w:bottom w:w="115" w:type="dxa"/>
              <w:right w:w="120" w:type="dxa"/>
            </w:tcMar>
            <w:vAlign w:val="center"/>
          </w:tcPr>
          <w:p w14:paraId="3F71EE04" w14:textId="77777777" w:rsidR="008F4BE9" w:rsidRDefault="00022B0F">
            <w:pPr>
              <w:spacing w:after="0" w:line="252" w:lineRule="auto"/>
            </w:pPr>
            <w:r>
              <w:rPr>
                <w:sz w:val="18"/>
              </w:rPr>
              <w:t>☐</w:t>
            </w:r>
            <w:r>
              <w:rPr>
                <w:sz w:val="18"/>
              </w:rPr>
              <w:t xml:space="preserve">  CIDB registration if applicable</w:t>
            </w:r>
          </w:p>
        </w:tc>
      </w:tr>
      <w:tr w:rsidR="008F4BE9" w14:paraId="0BEE8E96" w14:textId="77777777">
        <w:trPr>
          <w:jc w:val="center"/>
        </w:trPr>
        <w:tc>
          <w:tcPr>
            <w:tcW w:w="5227" w:type="dxa"/>
            <w:tcMar>
              <w:top w:w="115" w:type="dxa"/>
              <w:left w:w="120" w:type="dxa"/>
              <w:bottom w:w="115" w:type="dxa"/>
              <w:right w:w="120" w:type="dxa"/>
            </w:tcMar>
            <w:vAlign w:val="center"/>
          </w:tcPr>
          <w:p w14:paraId="6B3FAA8C" w14:textId="77777777" w:rsidR="008F4BE9" w:rsidRDefault="00022B0F">
            <w:pPr>
              <w:spacing w:after="0" w:line="252" w:lineRule="auto"/>
            </w:pPr>
            <w:r>
              <w:rPr>
                <w:sz w:val="18"/>
              </w:rPr>
              <w:t>☐</w:t>
            </w:r>
            <w:r>
              <w:rPr>
                <w:sz w:val="18"/>
              </w:rPr>
              <w:t xml:space="preserve">  Relevant local authority business licence</w:t>
            </w:r>
          </w:p>
        </w:tc>
        <w:tc>
          <w:tcPr>
            <w:tcW w:w="5227" w:type="dxa"/>
            <w:tcMar>
              <w:top w:w="115" w:type="dxa"/>
              <w:left w:w="120" w:type="dxa"/>
              <w:bottom w:w="115" w:type="dxa"/>
              <w:right w:w="120" w:type="dxa"/>
            </w:tcMar>
            <w:vAlign w:val="center"/>
          </w:tcPr>
          <w:p w14:paraId="047EB4E6" w14:textId="77777777" w:rsidR="008F4BE9" w:rsidRDefault="00022B0F">
            <w:pPr>
              <w:spacing w:after="0" w:line="252" w:lineRule="auto"/>
            </w:pPr>
            <w:r>
              <w:rPr>
                <w:sz w:val="18"/>
              </w:rPr>
              <w:t>☐</w:t>
            </w:r>
            <w:r>
              <w:rPr>
                <w:sz w:val="18"/>
              </w:rPr>
              <w:t xml:space="preserve">  Other industry licence or certification</w:t>
            </w:r>
          </w:p>
        </w:tc>
      </w:tr>
    </w:tbl>
    <w:p w14:paraId="59E0B85A" w14:textId="77777777" w:rsidR="008F4BE9" w:rsidRDefault="00022B0F">
      <w:pPr>
        <w:pStyle w:val="Heading1"/>
        <w:spacing w:before="180" w:after="100"/>
      </w:pPr>
      <w:r>
        <w:rPr>
          <w:rFonts w:ascii="Aptos" w:hAnsi="Aptos"/>
          <w:sz w:val="24"/>
        </w:rPr>
        <w:t>4  Directors Owners and Beneficial Ownership</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92"/>
        <w:gridCol w:w="2304"/>
        <w:gridCol w:w="2091"/>
        <w:gridCol w:w="2091"/>
        <w:gridCol w:w="2091"/>
      </w:tblGrid>
      <w:tr w:rsidR="008F4BE9" w14:paraId="7C475385" w14:textId="77777777">
        <w:trPr>
          <w:tblHeader/>
          <w:jc w:val="center"/>
        </w:trPr>
        <w:tc>
          <w:tcPr>
            <w:tcW w:w="2592" w:type="dxa"/>
            <w:shd w:val="clear" w:color="auto" w:fill="252525"/>
            <w:tcMar>
              <w:top w:w="110" w:type="dxa"/>
              <w:left w:w="120" w:type="dxa"/>
              <w:bottom w:w="110" w:type="dxa"/>
              <w:right w:w="120" w:type="dxa"/>
            </w:tcMar>
            <w:vAlign w:val="center"/>
          </w:tcPr>
          <w:p w14:paraId="1D0D46D0" w14:textId="77777777" w:rsidR="008F4BE9" w:rsidRDefault="00022B0F">
            <w:pPr>
              <w:spacing w:after="0" w:line="252" w:lineRule="auto"/>
              <w:jc w:val="center"/>
            </w:pPr>
            <w:r>
              <w:rPr>
                <w:b/>
                <w:color w:val="FFFFFF"/>
                <w:sz w:val="17"/>
              </w:rPr>
              <w:t>Full name</w:t>
            </w:r>
          </w:p>
        </w:tc>
        <w:tc>
          <w:tcPr>
            <w:tcW w:w="2304" w:type="dxa"/>
            <w:shd w:val="clear" w:color="auto" w:fill="252525"/>
            <w:tcMar>
              <w:top w:w="110" w:type="dxa"/>
              <w:left w:w="120" w:type="dxa"/>
              <w:bottom w:w="110" w:type="dxa"/>
              <w:right w:w="120" w:type="dxa"/>
            </w:tcMar>
            <w:vAlign w:val="center"/>
          </w:tcPr>
          <w:p w14:paraId="2162658B" w14:textId="77777777" w:rsidR="008F4BE9" w:rsidRDefault="00022B0F">
            <w:pPr>
              <w:spacing w:after="0" w:line="252" w:lineRule="auto"/>
              <w:jc w:val="center"/>
            </w:pPr>
            <w:r>
              <w:rPr>
                <w:b/>
                <w:color w:val="FFFFFF"/>
                <w:sz w:val="17"/>
              </w:rPr>
              <w:t>NRIC or passport</w:t>
            </w:r>
          </w:p>
        </w:tc>
        <w:tc>
          <w:tcPr>
            <w:tcW w:w="1944" w:type="dxa"/>
            <w:shd w:val="clear" w:color="auto" w:fill="252525"/>
            <w:tcMar>
              <w:top w:w="110" w:type="dxa"/>
              <w:left w:w="120" w:type="dxa"/>
              <w:bottom w:w="110" w:type="dxa"/>
              <w:right w:w="120" w:type="dxa"/>
            </w:tcMar>
            <w:vAlign w:val="center"/>
          </w:tcPr>
          <w:p w14:paraId="56DE4004" w14:textId="77777777" w:rsidR="008F4BE9" w:rsidRDefault="00022B0F">
            <w:pPr>
              <w:spacing w:after="0" w:line="252" w:lineRule="auto"/>
              <w:jc w:val="center"/>
            </w:pPr>
            <w:r>
              <w:rPr>
                <w:b/>
                <w:color w:val="FFFFFF"/>
                <w:sz w:val="17"/>
              </w:rPr>
              <w:t>Position</w:t>
            </w:r>
          </w:p>
        </w:tc>
        <w:tc>
          <w:tcPr>
            <w:tcW w:w="1656" w:type="dxa"/>
            <w:shd w:val="clear" w:color="auto" w:fill="252525"/>
            <w:tcMar>
              <w:top w:w="110" w:type="dxa"/>
              <w:left w:w="120" w:type="dxa"/>
              <w:bottom w:w="110" w:type="dxa"/>
              <w:right w:w="120" w:type="dxa"/>
            </w:tcMar>
            <w:vAlign w:val="center"/>
          </w:tcPr>
          <w:p w14:paraId="274AADF9" w14:textId="77777777" w:rsidR="008F4BE9" w:rsidRDefault="00022B0F">
            <w:pPr>
              <w:spacing w:after="0" w:line="252" w:lineRule="auto"/>
              <w:jc w:val="center"/>
            </w:pPr>
            <w:r>
              <w:rPr>
                <w:b/>
                <w:color w:val="FFFFFF"/>
                <w:sz w:val="17"/>
              </w:rPr>
              <w:t>Ownership percent</w:t>
            </w:r>
          </w:p>
        </w:tc>
        <w:tc>
          <w:tcPr>
            <w:tcW w:w="1584" w:type="dxa"/>
            <w:shd w:val="clear" w:color="auto" w:fill="252525"/>
            <w:tcMar>
              <w:top w:w="110" w:type="dxa"/>
              <w:left w:w="120" w:type="dxa"/>
              <w:bottom w:w="110" w:type="dxa"/>
              <w:right w:w="120" w:type="dxa"/>
            </w:tcMar>
            <w:vAlign w:val="center"/>
          </w:tcPr>
          <w:p w14:paraId="7700FF19" w14:textId="77777777" w:rsidR="008F4BE9" w:rsidRDefault="00022B0F">
            <w:pPr>
              <w:spacing w:after="0" w:line="252" w:lineRule="auto"/>
              <w:jc w:val="center"/>
            </w:pPr>
            <w:r>
              <w:rPr>
                <w:b/>
                <w:color w:val="FFFFFF"/>
                <w:sz w:val="17"/>
              </w:rPr>
              <w:t>Nationality</w:t>
            </w:r>
          </w:p>
        </w:tc>
      </w:tr>
      <w:tr w:rsidR="008F4BE9" w14:paraId="5DAF629C" w14:textId="77777777">
        <w:trPr>
          <w:cantSplit/>
          <w:jc w:val="center"/>
        </w:trPr>
        <w:tc>
          <w:tcPr>
            <w:tcW w:w="2091" w:type="dxa"/>
            <w:tcMar>
              <w:top w:w="180" w:type="dxa"/>
              <w:left w:w="120" w:type="dxa"/>
              <w:bottom w:w="180" w:type="dxa"/>
              <w:right w:w="120" w:type="dxa"/>
            </w:tcMar>
            <w:vAlign w:val="center"/>
          </w:tcPr>
          <w:p w14:paraId="575C15AB" w14:textId="77777777" w:rsidR="008F4BE9" w:rsidRDefault="00022B0F">
            <w:pPr>
              <w:spacing w:after="0" w:line="252" w:lineRule="auto"/>
            </w:pPr>
            <w:r>
              <w:rPr>
                <w:sz w:val="18"/>
              </w:rPr>
              <w:t xml:space="preserve"> </w:t>
            </w:r>
          </w:p>
        </w:tc>
        <w:tc>
          <w:tcPr>
            <w:tcW w:w="2091" w:type="dxa"/>
            <w:tcMar>
              <w:top w:w="180" w:type="dxa"/>
              <w:left w:w="120" w:type="dxa"/>
              <w:bottom w:w="180" w:type="dxa"/>
              <w:right w:w="120" w:type="dxa"/>
            </w:tcMar>
            <w:vAlign w:val="center"/>
          </w:tcPr>
          <w:p w14:paraId="02B820CF" w14:textId="77777777" w:rsidR="008F4BE9" w:rsidRDefault="00022B0F">
            <w:pPr>
              <w:spacing w:after="0" w:line="252" w:lineRule="auto"/>
            </w:pPr>
            <w:r>
              <w:rPr>
                <w:sz w:val="18"/>
              </w:rPr>
              <w:t xml:space="preserve"> </w:t>
            </w:r>
          </w:p>
        </w:tc>
        <w:tc>
          <w:tcPr>
            <w:tcW w:w="2091" w:type="dxa"/>
            <w:tcMar>
              <w:top w:w="180" w:type="dxa"/>
              <w:left w:w="120" w:type="dxa"/>
              <w:bottom w:w="180" w:type="dxa"/>
              <w:right w:w="120" w:type="dxa"/>
            </w:tcMar>
            <w:vAlign w:val="center"/>
          </w:tcPr>
          <w:p w14:paraId="6CCF56F3" w14:textId="77777777" w:rsidR="008F4BE9" w:rsidRDefault="00022B0F">
            <w:pPr>
              <w:spacing w:after="0" w:line="252" w:lineRule="auto"/>
            </w:pPr>
            <w:r>
              <w:rPr>
                <w:sz w:val="18"/>
              </w:rPr>
              <w:t xml:space="preserve"> </w:t>
            </w:r>
          </w:p>
        </w:tc>
        <w:tc>
          <w:tcPr>
            <w:tcW w:w="2091" w:type="dxa"/>
            <w:tcMar>
              <w:top w:w="180" w:type="dxa"/>
              <w:left w:w="120" w:type="dxa"/>
              <w:bottom w:w="180" w:type="dxa"/>
              <w:right w:w="120" w:type="dxa"/>
            </w:tcMar>
            <w:vAlign w:val="center"/>
          </w:tcPr>
          <w:p w14:paraId="6947997E" w14:textId="77777777" w:rsidR="008F4BE9" w:rsidRDefault="00022B0F">
            <w:pPr>
              <w:spacing w:after="0" w:line="252" w:lineRule="auto"/>
            </w:pPr>
            <w:r>
              <w:rPr>
                <w:sz w:val="18"/>
              </w:rPr>
              <w:t xml:space="preserve"> </w:t>
            </w:r>
          </w:p>
        </w:tc>
        <w:tc>
          <w:tcPr>
            <w:tcW w:w="2091" w:type="dxa"/>
            <w:tcMar>
              <w:top w:w="180" w:type="dxa"/>
              <w:left w:w="120" w:type="dxa"/>
              <w:bottom w:w="180" w:type="dxa"/>
              <w:right w:w="120" w:type="dxa"/>
            </w:tcMar>
            <w:vAlign w:val="center"/>
          </w:tcPr>
          <w:p w14:paraId="7AD87938" w14:textId="77777777" w:rsidR="008F4BE9" w:rsidRDefault="00022B0F">
            <w:pPr>
              <w:spacing w:after="0" w:line="252" w:lineRule="auto"/>
            </w:pPr>
            <w:r>
              <w:rPr>
                <w:sz w:val="18"/>
              </w:rPr>
              <w:t xml:space="preserve"> </w:t>
            </w:r>
          </w:p>
        </w:tc>
      </w:tr>
      <w:tr w:rsidR="008F4BE9" w14:paraId="0D3F599C" w14:textId="77777777">
        <w:trPr>
          <w:cantSplit/>
          <w:jc w:val="center"/>
        </w:trPr>
        <w:tc>
          <w:tcPr>
            <w:tcW w:w="2091" w:type="dxa"/>
            <w:tcMar>
              <w:top w:w="180" w:type="dxa"/>
              <w:left w:w="120" w:type="dxa"/>
              <w:bottom w:w="180" w:type="dxa"/>
              <w:right w:w="120" w:type="dxa"/>
            </w:tcMar>
            <w:vAlign w:val="center"/>
          </w:tcPr>
          <w:p w14:paraId="2C66F1E2" w14:textId="77777777" w:rsidR="008F4BE9" w:rsidRDefault="00022B0F">
            <w:pPr>
              <w:spacing w:after="0" w:line="252" w:lineRule="auto"/>
            </w:pPr>
            <w:r>
              <w:rPr>
                <w:sz w:val="18"/>
              </w:rPr>
              <w:t xml:space="preserve"> </w:t>
            </w:r>
          </w:p>
        </w:tc>
        <w:tc>
          <w:tcPr>
            <w:tcW w:w="2091" w:type="dxa"/>
            <w:tcMar>
              <w:top w:w="180" w:type="dxa"/>
              <w:left w:w="120" w:type="dxa"/>
              <w:bottom w:w="180" w:type="dxa"/>
              <w:right w:w="120" w:type="dxa"/>
            </w:tcMar>
            <w:vAlign w:val="center"/>
          </w:tcPr>
          <w:p w14:paraId="045A4492" w14:textId="77777777" w:rsidR="008F4BE9" w:rsidRDefault="00022B0F">
            <w:pPr>
              <w:spacing w:after="0" w:line="252" w:lineRule="auto"/>
            </w:pPr>
            <w:r>
              <w:rPr>
                <w:sz w:val="18"/>
              </w:rPr>
              <w:t xml:space="preserve"> </w:t>
            </w:r>
          </w:p>
        </w:tc>
        <w:tc>
          <w:tcPr>
            <w:tcW w:w="2091" w:type="dxa"/>
            <w:tcMar>
              <w:top w:w="180" w:type="dxa"/>
              <w:left w:w="120" w:type="dxa"/>
              <w:bottom w:w="180" w:type="dxa"/>
              <w:right w:w="120" w:type="dxa"/>
            </w:tcMar>
            <w:vAlign w:val="center"/>
          </w:tcPr>
          <w:p w14:paraId="160543DF" w14:textId="77777777" w:rsidR="008F4BE9" w:rsidRDefault="00022B0F">
            <w:pPr>
              <w:spacing w:after="0" w:line="252" w:lineRule="auto"/>
            </w:pPr>
            <w:r>
              <w:rPr>
                <w:sz w:val="18"/>
              </w:rPr>
              <w:t xml:space="preserve"> </w:t>
            </w:r>
          </w:p>
        </w:tc>
        <w:tc>
          <w:tcPr>
            <w:tcW w:w="2091" w:type="dxa"/>
            <w:tcMar>
              <w:top w:w="180" w:type="dxa"/>
              <w:left w:w="120" w:type="dxa"/>
              <w:bottom w:w="180" w:type="dxa"/>
              <w:right w:w="120" w:type="dxa"/>
            </w:tcMar>
            <w:vAlign w:val="center"/>
          </w:tcPr>
          <w:p w14:paraId="630989A4" w14:textId="77777777" w:rsidR="008F4BE9" w:rsidRDefault="00022B0F">
            <w:pPr>
              <w:spacing w:after="0" w:line="252" w:lineRule="auto"/>
            </w:pPr>
            <w:r>
              <w:rPr>
                <w:sz w:val="18"/>
              </w:rPr>
              <w:t xml:space="preserve"> </w:t>
            </w:r>
          </w:p>
        </w:tc>
        <w:tc>
          <w:tcPr>
            <w:tcW w:w="2091" w:type="dxa"/>
            <w:tcMar>
              <w:top w:w="180" w:type="dxa"/>
              <w:left w:w="120" w:type="dxa"/>
              <w:bottom w:w="180" w:type="dxa"/>
              <w:right w:w="120" w:type="dxa"/>
            </w:tcMar>
            <w:vAlign w:val="center"/>
          </w:tcPr>
          <w:p w14:paraId="7FF24B4A" w14:textId="77777777" w:rsidR="008F4BE9" w:rsidRDefault="00022B0F">
            <w:pPr>
              <w:spacing w:after="0" w:line="252" w:lineRule="auto"/>
            </w:pPr>
            <w:r>
              <w:rPr>
                <w:sz w:val="18"/>
              </w:rPr>
              <w:t xml:space="preserve"> </w:t>
            </w:r>
          </w:p>
        </w:tc>
      </w:tr>
      <w:tr w:rsidR="008F4BE9" w14:paraId="473197A8" w14:textId="77777777">
        <w:trPr>
          <w:cantSplit/>
          <w:jc w:val="center"/>
        </w:trPr>
        <w:tc>
          <w:tcPr>
            <w:tcW w:w="2091" w:type="dxa"/>
            <w:tcMar>
              <w:top w:w="180" w:type="dxa"/>
              <w:left w:w="120" w:type="dxa"/>
              <w:bottom w:w="180" w:type="dxa"/>
              <w:right w:w="120" w:type="dxa"/>
            </w:tcMar>
            <w:vAlign w:val="center"/>
          </w:tcPr>
          <w:p w14:paraId="525D7596" w14:textId="77777777" w:rsidR="008F4BE9" w:rsidRDefault="00022B0F">
            <w:pPr>
              <w:spacing w:after="0" w:line="252" w:lineRule="auto"/>
            </w:pPr>
            <w:r>
              <w:rPr>
                <w:sz w:val="18"/>
              </w:rPr>
              <w:t xml:space="preserve"> </w:t>
            </w:r>
          </w:p>
        </w:tc>
        <w:tc>
          <w:tcPr>
            <w:tcW w:w="2091" w:type="dxa"/>
            <w:tcMar>
              <w:top w:w="180" w:type="dxa"/>
              <w:left w:w="120" w:type="dxa"/>
              <w:bottom w:w="180" w:type="dxa"/>
              <w:right w:w="120" w:type="dxa"/>
            </w:tcMar>
            <w:vAlign w:val="center"/>
          </w:tcPr>
          <w:p w14:paraId="6674D302" w14:textId="77777777" w:rsidR="008F4BE9" w:rsidRDefault="00022B0F">
            <w:pPr>
              <w:spacing w:after="0" w:line="252" w:lineRule="auto"/>
            </w:pPr>
            <w:r>
              <w:rPr>
                <w:sz w:val="18"/>
              </w:rPr>
              <w:t xml:space="preserve"> </w:t>
            </w:r>
          </w:p>
        </w:tc>
        <w:tc>
          <w:tcPr>
            <w:tcW w:w="2091" w:type="dxa"/>
            <w:tcMar>
              <w:top w:w="180" w:type="dxa"/>
              <w:left w:w="120" w:type="dxa"/>
              <w:bottom w:w="180" w:type="dxa"/>
              <w:right w:w="120" w:type="dxa"/>
            </w:tcMar>
            <w:vAlign w:val="center"/>
          </w:tcPr>
          <w:p w14:paraId="2ACFD390" w14:textId="77777777" w:rsidR="008F4BE9" w:rsidRDefault="00022B0F">
            <w:pPr>
              <w:spacing w:after="0" w:line="252" w:lineRule="auto"/>
            </w:pPr>
            <w:r>
              <w:rPr>
                <w:sz w:val="18"/>
              </w:rPr>
              <w:t xml:space="preserve"> </w:t>
            </w:r>
          </w:p>
        </w:tc>
        <w:tc>
          <w:tcPr>
            <w:tcW w:w="2091" w:type="dxa"/>
            <w:tcMar>
              <w:top w:w="180" w:type="dxa"/>
              <w:left w:w="120" w:type="dxa"/>
              <w:bottom w:w="180" w:type="dxa"/>
              <w:right w:w="120" w:type="dxa"/>
            </w:tcMar>
            <w:vAlign w:val="center"/>
          </w:tcPr>
          <w:p w14:paraId="01F3FB01" w14:textId="77777777" w:rsidR="008F4BE9" w:rsidRDefault="00022B0F">
            <w:pPr>
              <w:spacing w:after="0" w:line="252" w:lineRule="auto"/>
            </w:pPr>
            <w:r>
              <w:rPr>
                <w:sz w:val="18"/>
              </w:rPr>
              <w:t xml:space="preserve"> </w:t>
            </w:r>
          </w:p>
        </w:tc>
        <w:tc>
          <w:tcPr>
            <w:tcW w:w="2091" w:type="dxa"/>
            <w:tcMar>
              <w:top w:w="180" w:type="dxa"/>
              <w:left w:w="120" w:type="dxa"/>
              <w:bottom w:w="180" w:type="dxa"/>
              <w:right w:w="120" w:type="dxa"/>
            </w:tcMar>
            <w:vAlign w:val="center"/>
          </w:tcPr>
          <w:p w14:paraId="07F117FA" w14:textId="77777777" w:rsidR="008F4BE9" w:rsidRDefault="00022B0F">
            <w:pPr>
              <w:spacing w:after="0" w:line="252" w:lineRule="auto"/>
            </w:pPr>
            <w:r>
              <w:rPr>
                <w:sz w:val="18"/>
              </w:rPr>
              <w:t xml:space="preserve"> </w:t>
            </w:r>
          </w:p>
        </w:tc>
      </w:tr>
    </w:tbl>
    <w:p w14:paraId="5493DD97" w14:textId="77777777" w:rsidR="008F4BE9" w:rsidRDefault="00022B0F">
      <w:pPr>
        <w:pStyle w:val="Heading1"/>
        <w:spacing w:before="180" w:after="100"/>
      </w:pPr>
      <w:r>
        <w:rPr>
          <w:rFonts w:ascii="Aptos" w:hAnsi="Aptos"/>
          <w:sz w:val="24"/>
        </w:rPr>
        <w:t>5  Business Background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384"/>
        <w:gridCol w:w="6696"/>
      </w:tblGrid>
      <w:tr w:rsidR="008F4BE9" w14:paraId="6E920FA9" w14:textId="77777777">
        <w:trPr>
          <w:cantSplit/>
          <w:jc w:val="center"/>
        </w:trPr>
        <w:tc>
          <w:tcPr>
            <w:tcW w:w="3384" w:type="dxa"/>
            <w:shd w:val="clear" w:color="auto" w:fill="F3F3F3"/>
            <w:tcMar>
              <w:top w:w="110" w:type="dxa"/>
              <w:left w:w="120" w:type="dxa"/>
              <w:bottom w:w="110" w:type="dxa"/>
              <w:right w:w="120" w:type="dxa"/>
            </w:tcMar>
            <w:vAlign w:val="center"/>
          </w:tcPr>
          <w:p w14:paraId="47A8C50B" w14:textId="77777777" w:rsidR="008F4BE9" w:rsidRDefault="00022B0F">
            <w:pPr>
              <w:spacing w:after="0" w:line="252" w:lineRule="auto"/>
            </w:pPr>
            <w:r>
              <w:rPr>
                <w:b/>
                <w:sz w:val="19"/>
              </w:rPr>
              <w:t>Year business commenced</w:t>
            </w:r>
          </w:p>
        </w:tc>
        <w:tc>
          <w:tcPr>
            <w:tcW w:w="6696" w:type="dxa"/>
            <w:tcMar>
              <w:top w:w="110" w:type="dxa"/>
              <w:left w:w="120" w:type="dxa"/>
              <w:bottom w:w="110" w:type="dxa"/>
              <w:right w:w="120" w:type="dxa"/>
            </w:tcMar>
            <w:vAlign w:val="center"/>
          </w:tcPr>
          <w:p w14:paraId="309C1302" w14:textId="77777777" w:rsidR="008F4BE9" w:rsidRDefault="00022B0F">
            <w:pPr>
              <w:spacing w:after="0" w:line="252" w:lineRule="auto"/>
            </w:pPr>
            <w:r>
              <w:rPr>
                <w:sz w:val="19"/>
              </w:rPr>
              <w:t xml:space="preserve"> </w:t>
            </w:r>
          </w:p>
        </w:tc>
      </w:tr>
      <w:tr w:rsidR="008F4BE9" w14:paraId="707C8D2F" w14:textId="77777777">
        <w:trPr>
          <w:cantSplit/>
          <w:jc w:val="center"/>
        </w:trPr>
        <w:tc>
          <w:tcPr>
            <w:tcW w:w="3384" w:type="dxa"/>
            <w:shd w:val="clear" w:color="auto" w:fill="F3F3F3"/>
            <w:tcMar>
              <w:top w:w="110" w:type="dxa"/>
              <w:left w:w="120" w:type="dxa"/>
              <w:bottom w:w="110" w:type="dxa"/>
              <w:right w:w="120" w:type="dxa"/>
            </w:tcMar>
            <w:vAlign w:val="center"/>
          </w:tcPr>
          <w:p w14:paraId="746FC1B9" w14:textId="77777777" w:rsidR="008F4BE9" w:rsidRDefault="00022B0F">
            <w:pPr>
              <w:spacing w:after="0" w:line="252" w:lineRule="auto"/>
            </w:pPr>
            <w:r>
              <w:rPr>
                <w:b/>
                <w:sz w:val="19"/>
              </w:rPr>
              <w:t>Core products and services</w:t>
            </w:r>
          </w:p>
        </w:tc>
        <w:tc>
          <w:tcPr>
            <w:tcW w:w="6696" w:type="dxa"/>
            <w:tcMar>
              <w:top w:w="110" w:type="dxa"/>
              <w:left w:w="120" w:type="dxa"/>
              <w:bottom w:w="110" w:type="dxa"/>
              <w:right w:w="120" w:type="dxa"/>
            </w:tcMar>
            <w:vAlign w:val="center"/>
          </w:tcPr>
          <w:p w14:paraId="7E67D5A8" w14:textId="77777777" w:rsidR="008F4BE9" w:rsidRDefault="00022B0F">
            <w:pPr>
              <w:spacing w:after="0" w:line="252" w:lineRule="auto"/>
            </w:pPr>
            <w:r>
              <w:rPr>
                <w:sz w:val="19"/>
              </w:rPr>
              <w:br/>
            </w:r>
          </w:p>
        </w:tc>
      </w:tr>
      <w:tr w:rsidR="008F4BE9" w14:paraId="234BC9C6" w14:textId="77777777">
        <w:trPr>
          <w:cantSplit/>
          <w:jc w:val="center"/>
        </w:trPr>
        <w:tc>
          <w:tcPr>
            <w:tcW w:w="3384" w:type="dxa"/>
            <w:shd w:val="clear" w:color="auto" w:fill="F3F3F3"/>
            <w:tcMar>
              <w:top w:w="110" w:type="dxa"/>
              <w:left w:w="120" w:type="dxa"/>
              <w:bottom w:w="110" w:type="dxa"/>
              <w:right w:w="120" w:type="dxa"/>
            </w:tcMar>
            <w:vAlign w:val="center"/>
          </w:tcPr>
          <w:p w14:paraId="7541275A" w14:textId="77777777" w:rsidR="008F4BE9" w:rsidRDefault="00022B0F">
            <w:pPr>
              <w:spacing w:after="0" w:line="252" w:lineRule="auto"/>
            </w:pPr>
            <w:r>
              <w:rPr>
                <w:b/>
                <w:sz w:val="19"/>
              </w:rPr>
              <w:t>Main customer sectors</w:t>
            </w:r>
          </w:p>
        </w:tc>
        <w:tc>
          <w:tcPr>
            <w:tcW w:w="6696" w:type="dxa"/>
            <w:tcMar>
              <w:top w:w="110" w:type="dxa"/>
              <w:left w:w="120" w:type="dxa"/>
              <w:bottom w:w="110" w:type="dxa"/>
              <w:right w:w="120" w:type="dxa"/>
            </w:tcMar>
            <w:vAlign w:val="center"/>
          </w:tcPr>
          <w:p w14:paraId="5F8F9B75" w14:textId="77777777" w:rsidR="008F4BE9" w:rsidRDefault="00022B0F">
            <w:pPr>
              <w:spacing w:after="0" w:line="252" w:lineRule="auto"/>
            </w:pPr>
            <w:r>
              <w:rPr>
                <w:sz w:val="19"/>
              </w:rPr>
              <w:t>☐</w:t>
            </w:r>
            <w:r>
              <w:rPr>
                <w:sz w:val="19"/>
              </w:rPr>
              <w:t xml:space="preserve"> Education   ☐ Government   ☐ Corporate   ☐ Retail   ☐ Hospitality   ☐ Other</w:t>
            </w:r>
          </w:p>
        </w:tc>
      </w:tr>
      <w:tr w:rsidR="008F4BE9" w14:paraId="27EA946C" w14:textId="77777777">
        <w:trPr>
          <w:cantSplit/>
          <w:jc w:val="center"/>
        </w:trPr>
        <w:tc>
          <w:tcPr>
            <w:tcW w:w="3384" w:type="dxa"/>
            <w:shd w:val="clear" w:color="auto" w:fill="F3F3F3"/>
            <w:tcMar>
              <w:top w:w="110" w:type="dxa"/>
              <w:left w:w="120" w:type="dxa"/>
              <w:bottom w:w="110" w:type="dxa"/>
              <w:right w:w="120" w:type="dxa"/>
            </w:tcMar>
            <w:vAlign w:val="center"/>
          </w:tcPr>
          <w:p w14:paraId="2D88647B" w14:textId="77777777" w:rsidR="008F4BE9" w:rsidRDefault="00022B0F">
            <w:pPr>
              <w:spacing w:after="0" w:line="252" w:lineRule="auto"/>
            </w:pPr>
            <w:r>
              <w:rPr>
                <w:b/>
                <w:sz w:val="19"/>
              </w:rPr>
              <w:t>Main operating locations</w:t>
            </w:r>
          </w:p>
        </w:tc>
        <w:tc>
          <w:tcPr>
            <w:tcW w:w="6696" w:type="dxa"/>
            <w:tcMar>
              <w:top w:w="110" w:type="dxa"/>
              <w:left w:w="120" w:type="dxa"/>
              <w:bottom w:w="110" w:type="dxa"/>
              <w:right w:w="120" w:type="dxa"/>
            </w:tcMar>
            <w:vAlign w:val="center"/>
          </w:tcPr>
          <w:p w14:paraId="64839B52" w14:textId="77777777" w:rsidR="008F4BE9" w:rsidRDefault="00022B0F">
            <w:pPr>
              <w:spacing w:after="0" w:line="252" w:lineRule="auto"/>
            </w:pPr>
            <w:r>
              <w:rPr>
                <w:sz w:val="19"/>
              </w:rPr>
              <w:t xml:space="preserve"> </w:t>
            </w:r>
          </w:p>
        </w:tc>
      </w:tr>
      <w:tr w:rsidR="008F4BE9" w14:paraId="1D738C32" w14:textId="77777777">
        <w:trPr>
          <w:cantSplit/>
          <w:jc w:val="center"/>
        </w:trPr>
        <w:tc>
          <w:tcPr>
            <w:tcW w:w="3384" w:type="dxa"/>
            <w:shd w:val="clear" w:color="auto" w:fill="F3F3F3"/>
            <w:tcMar>
              <w:top w:w="110" w:type="dxa"/>
              <w:left w:w="120" w:type="dxa"/>
              <w:bottom w:w="110" w:type="dxa"/>
              <w:right w:w="120" w:type="dxa"/>
            </w:tcMar>
            <w:vAlign w:val="center"/>
          </w:tcPr>
          <w:p w14:paraId="6D4CC1D5" w14:textId="77777777" w:rsidR="008F4BE9" w:rsidRDefault="00022B0F">
            <w:pPr>
              <w:spacing w:after="0" w:line="252" w:lineRule="auto"/>
            </w:pPr>
            <w:r>
              <w:rPr>
                <w:b/>
                <w:sz w:val="19"/>
              </w:rPr>
              <w:t>Number of employees</w:t>
            </w:r>
          </w:p>
        </w:tc>
        <w:tc>
          <w:tcPr>
            <w:tcW w:w="6696" w:type="dxa"/>
            <w:tcMar>
              <w:top w:w="110" w:type="dxa"/>
              <w:left w:w="120" w:type="dxa"/>
              <w:bottom w:w="110" w:type="dxa"/>
              <w:right w:w="120" w:type="dxa"/>
            </w:tcMar>
            <w:vAlign w:val="center"/>
          </w:tcPr>
          <w:p w14:paraId="34B4F6F9" w14:textId="77777777" w:rsidR="008F4BE9" w:rsidRDefault="00022B0F">
            <w:pPr>
              <w:spacing w:after="0" w:line="252" w:lineRule="auto"/>
            </w:pPr>
            <w:r>
              <w:rPr>
                <w:sz w:val="19"/>
              </w:rPr>
              <w:t>Sales: ______  Technical: ______  Administration: ______  Total: ______</w:t>
            </w:r>
          </w:p>
        </w:tc>
      </w:tr>
      <w:tr w:rsidR="008F4BE9" w14:paraId="3E0E8FB4" w14:textId="77777777">
        <w:trPr>
          <w:cantSplit/>
          <w:jc w:val="center"/>
        </w:trPr>
        <w:tc>
          <w:tcPr>
            <w:tcW w:w="3384" w:type="dxa"/>
            <w:shd w:val="clear" w:color="auto" w:fill="F3F3F3"/>
            <w:tcMar>
              <w:top w:w="110" w:type="dxa"/>
              <w:left w:w="120" w:type="dxa"/>
              <w:bottom w:w="110" w:type="dxa"/>
              <w:right w:w="120" w:type="dxa"/>
            </w:tcMar>
            <w:vAlign w:val="center"/>
          </w:tcPr>
          <w:p w14:paraId="74D6168E" w14:textId="77777777" w:rsidR="008F4BE9" w:rsidRDefault="00022B0F">
            <w:pPr>
              <w:spacing w:after="0" w:line="252" w:lineRule="auto"/>
            </w:pPr>
            <w:r>
              <w:rPr>
                <w:b/>
                <w:sz w:val="19"/>
              </w:rPr>
              <w:t>Showroom or office</w:t>
            </w:r>
          </w:p>
        </w:tc>
        <w:tc>
          <w:tcPr>
            <w:tcW w:w="6696" w:type="dxa"/>
            <w:tcMar>
              <w:top w:w="110" w:type="dxa"/>
              <w:left w:w="120" w:type="dxa"/>
              <w:bottom w:w="110" w:type="dxa"/>
              <w:right w:w="120" w:type="dxa"/>
            </w:tcMar>
            <w:vAlign w:val="center"/>
          </w:tcPr>
          <w:p w14:paraId="542C2EDC" w14:textId="77777777" w:rsidR="008F4BE9" w:rsidRDefault="00022B0F">
            <w:pPr>
              <w:spacing w:after="0" w:line="252" w:lineRule="auto"/>
            </w:pPr>
            <w:r>
              <w:rPr>
                <w:sz w:val="19"/>
              </w:rPr>
              <w:t>☐</w:t>
            </w:r>
            <w:r>
              <w:rPr>
                <w:sz w:val="19"/>
              </w:rPr>
              <w:t xml:space="preserve"> Owned   ☐ Rented   ☐ Home office   ☐ No permanent premises</w:t>
            </w:r>
          </w:p>
        </w:tc>
      </w:tr>
      <w:tr w:rsidR="008F4BE9" w14:paraId="4DD86FE7" w14:textId="77777777">
        <w:trPr>
          <w:cantSplit/>
          <w:jc w:val="center"/>
        </w:trPr>
        <w:tc>
          <w:tcPr>
            <w:tcW w:w="3384" w:type="dxa"/>
            <w:shd w:val="clear" w:color="auto" w:fill="F3F3F3"/>
            <w:tcMar>
              <w:top w:w="110" w:type="dxa"/>
              <w:left w:w="120" w:type="dxa"/>
              <w:bottom w:w="110" w:type="dxa"/>
              <w:right w:w="120" w:type="dxa"/>
            </w:tcMar>
            <w:vAlign w:val="center"/>
          </w:tcPr>
          <w:p w14:paraId="4FABC7CD" w14:textId="77777777" w:rsidR="008F4BE9" w:rsidRDefault="00022B0F">
            <w:pPr>
              <w:spacing w:after="0" w:line="252" w:lineRule="auto"/>
            </w:pPr>
            <w:r>
              <w:rPr>
                <w:b/>
                <w:sz w:val="19"/>
              </w:rPr>
              <w:t>Warehouse facilities</w:t>
            </w:r>
          </w:p>
        </w:tc>
        <w:tc>
          <w:tcPr>
            <w:tcW w:w="6696" w:type="dxa"/>
            <w:tcMar>
              <w:top w:w="110" w:type="dxa"/>
              <w:left w:w="120" w:type="dxa"/>
              <w:bottom w:w="110" w:type="dxa"/>
              <w:right w:w="120" w:type="dxa"/>
            </w:tcMar>
            <w:vAlign w:val="center"/>
          </w:tcPr>
          <w:p w14:paraId="0C1CF465" w14:textId="77777777" w:rsidR="008F4BE9" w:rsidRDefault="00022B0F">
            <w:pPr>
              <w:spacing w:after="0" w:line="252" w:lineRule="auto"/>
            </w:pPr>
            <w:r>
              <w:rPr>
                <w:sz w:val="19"/>
              </w:rPr>
              <w:t>☐</w:t>
            </w:r>
            <w:r>
              <w:rPr>
                <w:sz w:val="19"/>
              </w:rPr>
              <w:t xml:space="preserve"> Own warehouse   ☐ Third-party warehouse   ☐ None</w:t>
            </w:r>
          </w:p>
        </w:tc>
      </w:tr>
      <w:tr w:rsidR="008F4BE9" w14:paraId="6C734AA9" w14:textId="77777777">
        <w:trPr>
          <w:cantSplit/>
          <w:jc w:val="center"/>
        </w:trPr>
        <w:tc>
          <w:tcPr>
            <w:tcW w:w="3384" w:type="dxa"/>
            <w:shd w:val="clear" w:color="auto" w:fill="F3F3F3"/>
            <w:tcMar>
              <w:top w:w="110" w:type="dxa"/>
              <w:left w:w="120" w:type="dxa"/>
              <w:bottom w:w="110" w:type="dxa"/>
              <w:right w:w="120" w:type="dxa"/>
            </w:tcMar>
            <w:vAlign w:val="center"/>
          </w:tcPr>
          <w:p w14:paraId="0349C704" w14:textId="77777777" w:rsidR="008F4BE9" w:rsidRDefault="00022B0F">
            <w:pPr>
              <w:spacing w:after="0" w:line="252" w:lineRule="auto"/>
            </w:pPr>
            <w:r>
              <w:rPr>
                <w:b/>
                <w:sz w:val="19"/>
              </w:rPr>
              <w:t>Related companies</w:t>
            </w:r>
          </w:p>
        </w:tc>
        <w:tc>
          <w:tcPr>
            <w:tcW w:w="6696" w:type="dxa"/>
            <w:tcMar>
              <w:top w:w="110" w:type="dxa"/>
              <w:left w:w="120" w:type="dxa"/>
              <w:bottom w:w="110" w:type="dxa"/>
              <w:right w:w="120" w:type="dxa"/>
            </w:tcMar>
            <w:vAlign w:val="center"/>
          </w:tcPr>
          <w:p w14:paraId="40648C9D" w14:textId="77777777" w:rsidR="008F4BE9" w:rsidRDefault="00022B0F">
            <w:pPr>
              <w:spacing w:after="0" w:line="252" w:lineRule="auto"/>
            </w:pPr>
            <w:r>
              <w:rPr>
                <w:sz w:val="19"/>
              </w:rPr>
              <w:t>Names and relationship: _____________________________________________</w:t>
            </w:r>
            <w:r>
              <w:rPr>
                <w:sz w:val="19"/>
              </w:rPr>
              <w:br/>
            </w:r>
          </w:p>
        </w:tc>
      </w:tr>
    </w:tbl>
    <w:p w14:paraId="1E042E42" w14:textId="77777777" w:rsidR="008F4BE9" w:rsidRDefault="00022B0F">
      <w:pPr>
        <w:pStyle w:val="Heading1"/>
        <w:spacing w:before="180" w:after="100"/>
      </w:pPr>
      <w:r>
        <w:rPr>
          <w:rFonts w:ascii="Aptos" w:hAnsi="Aptos"/>
          <w:sz w:val="24"/>
        </w:rPr>
        <w:t>6  Current Brand and Channel Relationships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13"/>
        <w:gridCol w:w="2613"/>
        <w:gridCol w:w="2613"/>
        <w:gridCol w:w="2613"/>
      </w:tblGrid>
      <w:tr w:rsidR="008F4BE9" w14:paraId="55172A30" w14:textId="77777777">
        <w:trPr>
          <w:tblHeader/>
          <w:jc w:val="center"/>
        </w:trPr>
        <w:tc>
          <w:tcPr>
            <w:tcW w:w="2613" w:type="dxa"/>
            <w:shd w:val="clear" w:color="auto" w:fill="252525"/>
            <w:tcMar>
              <w:top w:w="110" w:type="dxa"/>
              <w:left w:w="120" w:type="dxa"/>
              <w:bottom w:w="110" w:type="dxa"/>
              <w:right w:w="120" w:type="dxa"/>
            </w:tcMar>
            <w:vAlign w:val="center"/>
          </w:tcPr>
          <w:p w14:paraId="216F4D01" w14:textId="77777777" w:rsidR="008F4BE9" w:rsidRDefault="00022B0F">
            <w:pPr>
              <w:spacing w:after="0" w:line="252" w:lineRule="auto"/>
              <w:jc w:val="center"/>
            </w:pPr>
            <w:r>
              <w:rPr>
                <w:b/>
                <w:color w:val="FFFFFF"/>
                <w:sz w:val="18"/>
              </w:rPr>
              <w:t>Brand or supplier</w:t>
            </w:r>
          </w:p>
        </w:tc>
        <w:tc>
          <w:tcPr>
            <w:tcW w:w="2613" w:type="dxa"/>
            <w:shd w:val="clear" w:color="auto" w:fill="252525"/>
            <w:tcMar>
              <w:top w:w="110" w:type="dxa"/>
              <w:left w:w="120" w:type="dxa"/>
              <w:bottom w:w="110" w:type="dxa"/>
              <w:right w:w="120" w:type="dxa"/>
            </w:tcMar>
            <w:vAlign w:val="center"/>
          </w:tcPr>
          <w:p w14:paraId="45E9ED97" w14:textId="77777777" w:rsidR="008F4BE9" w:rsidRDefault="00022B0F">
            <w:pPr>
              <w:spacing w:after="0" w:line="252" w:lineRule="auto"/>
              <w:jc w:val="center"/>
            </w:pPr>
            <w:r>
              <w:rPr>
                <w:b/>
                <w:color w:val="FFFFFF"/>
                <w:sz w:val="18"/>
              </w:rPr>
              <w:t>Product category</w:t>
            </w:r>
          </w:p>
        </w:tc>
        <w:tc>
          <w:tcPr>
            <w:tcW w:w="2613" w:type="dxa"/>
            <w:shd w:val="clear" w:color="auto" w:fill="252525"/>
            <w:tcMar>
              <w:top w:w="110" w:type="dxa"/>
              <w:left w:w="120" w:type="dxa"/>
              <w:bottom w:w="110" w:type="dxa"/>
              <w:right w:w="120" w:type="dxa"/>
            </w:tcMar>
            <w:vAlign w:val="center"/>
          </w:tcPr>
          <w:p w14:paraId="3A4C859C" w14:textId="77777777" w:rsidR="008F4BE9" w:rsidRDefault="00022B0F">
            <w:pPr>
              <w:spacing w:after="0" w:line="252" w:lineRule="auto"/>
              <w:jc w:val="center"/>
            </w:pPr>
            <w:r>
              <w:rPr>
                <w:b/>
                <w:color w:val="FFFFFF"/>
                <w:sz w:val="18"/>
              </w:rPr>
              <w:t>Relationship</w:t>
            </w:r>
          </w:p>
        </w:tc>
        <w:tc>
          <w:tcPr>
            <w:tcW w:w="2613" w:type="dxa"/>
            <w:shd w:val="clear" w:color="auto" w:fill="252525"/>
            <w:tcMar>
              <w:top w:w="110" w:type="dxa"/>
              <w:left w:w="120" w:type="dxa"/>
              <w:bottom w:w="110" w:type="dxa"/>
              <w:right w:w="120" w:type="dxa"/>
            </w:tcMar>
            <w:vAlign w:val="center"/>
          </w:tcPr>
          <w:p w14:paraId="24AE7DA7" w14:textId="77777777" w:rsidR="008F4BE9" w:rsidRDefault="00022B0F">
            <w:pPr>
              <w:spacing w:after="0" w:line="252" w:lineRule="auto"/>
              <w:jc w:val="center"/>
            </w:pPr>
            <w:r>
              <w:rPr>
                <w:b/>
                <w:color w:val="FFFFFF"/>
                <w:sz w:val="18"/>
              </w:rPr>
              <w:t>Since</w:t>
            </w:r>
          </w:p>
        </w:tc>
      </w:tr>
      <w:tr w:rsidR="008F4BE9" w14:paraId="6D8FA55A" w14:textId="77777777">
        <w:trPr>
          <w:cantSplit/>
          <w:jc w:val="center"/>
        </w:trPr>
        <w:tc>
          <w:tcPr>
            <w:tcW w:w="2613" w:type="dxa"/>
            <w:tcMar>
              <w:top w:w="150" w:type="dxa"/>
              <w:left w:w="120" w:type="dxa"/>
              <w:bottom w:w="150" w:type="dxa"/>
              <w:right w:w="120" w:type="dxa"/>
            </w:tcMar>
            <w:vAlign w:val="center"/>
          </w:tcPr>
          <w:p w14:paraId="74BA47F4"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296757A6"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7C9A4674"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458DD776" w14:textId="77777777" w:rsidR="008F4BE9" w:rsidRDefault="00022B0F">
            <w:pPr>
              <w:spacing w:after="0" w:line="252" w:lineRule="auto"/>
            </w:pPr>
            <w:r>
              <w:rPr>
                <w:sz w:val="18"/>
              </w:rPr>
              <w:t xml:space="preserve"> </w:t>
            </w:r>
          </w:p>
        </w:tc>
      </w:tr>
      <w:tr w:rsidR="008F4BE9" w14:paraId="3A5F2F83" w14:textId="77777777">
        <w:trPr>
          <w:cantSplit/>
          <w:jc w:val="center"/>
        </w:trPr>
        <w:tc>
          <w:tcPr>
            <w:tcW w:w="2613" w:type="dxa"/>
            <w:tcMar>
              <w:top w:w="150" w:type="dxa"/>
              <w:left w:w="120" w:type="dxa"/>
              <w:bottom w:w="150" w:type="dxa"/>
              <w:right w:w="120" w:type="dxa"/>
            </w:tcMar>
            <w:vAlign w:val="center"/>
          </w:tcPr>
          <w:p w14:paraId="3AC76595"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0E90D096"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649EBA98"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38694A96" w14:textId="77777777" w:rsidR="008F4BE9" w:rsidRDefault="00022B0F">
            <w:pPr>
              <w:spacing w:after="0" w:line="252" w:lineRule="auto"/>
            </w:pPr>
            <w:r>
              <w:rPr>
                <w:sz w:val="18"/>
              </w:rPr>
              <w:t xml:space="preserve"> </w:t>
            </w:r>
          </w:p>
        </w:tc>
      </w:tr>
      <w:tr w:rsidR="008F4BE9" w14:paraId="19D6C528" w14:textId="77777777">
        <w:trPr>
          <w:cantSplit/>
          <w:jc w:val="center"/>
        </w:trPr>
        <w:tc>
          <w:tcPr>
            <w:tcW w:w="2613" w:type="dxa"/>
            <w:tcMar>
              <w:top w:w="150" w:type="dxa"/>
              <w:left w:w="120" w:type="dxa"/>
              <w:bottom w:w="150" w:type="dxa"/>
              <w:right w:w="120" w:type="dxa"/>
            </w:tcMar>
            <w:vAlign w:val="center"/>
          </w:tcPr>
          <w:p w14:paraId="70AE9851"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7516528F"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746A30CE"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28DF4E97" w14:textId="77777777" w:rsidR="008F4BE9" w:rsidRDefault="00022B0F">
            <w:pPr>
              <w:spacing w:after="0" w:line="252" w:lineRule="auto"/>
            </w:pPr>
            <w:r>
              <w:rPr>
                <w:sz w:val="18"/>
              </w:rPr>
              <w:t xml:space="preserve"> </w:t>
            </w:r>
          </w:p>
        </w:tc>
      </w:tr>
    </w:tbl>
    <w:p w14:paraId="5F566240" w14:textId="77777777" w:rsidR="008F4BE9" w:rsidRDefault="00022B0F">
      <w:pPr>
        <w:pStyle w:val="Heading1"/>
        <w:spacing w:before="180" w:after="100"/>
      </w:pPr>
      <w:r>
        <w:rPr>
          <w:rFonts w:ascii="Aptos" w:hAnsi="Aptos"/>
          <w:sz w:val="24"/>
        </w:rPr>
        <w:lastRenderedPageBreak/>
        <w:t>7  Financial and Banking Information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384"/>
        <w:gridCol w:w="6696"/>
      </w:tblGrid>
      <w:tr w:rsidR="008F4BE9" w14:paraId="492ABF31" w14:textId="77777777">
        <w:trPr>
          <w:cantSplit/>
          <w:jc w:val="center"/>
        </w:trPr>
        <w:tc>
          <w:tcPr>
            <w:tcW w:w="3384" w:type="dxa"/>
            <w:shd w:val="clear" w:color="auto" w:fill="F3F3F3"/>
            <w:tcMar>
              <w:top w:w="110" w:type="dxa"/>
              <w:left w:w="120" w:type="dxa"/>
              <w:bottom w:w="110" w:type="dxa"/>
              <w:right w:w="120" w:type="dxa"/>
            </w:tcMar>
            <w:vAlign w:val="center"/>
          </w:tcPr>
          <w:p w14:paraId="10041F79" w14:textId="77777777" w:rsidR="008F4BE9" w:rsidRDefault="00022B0F">
            <w:pPr>
              <w:spacing w:after="0" w:line="252" w:lineRule="auto"/>
            </w:pPr>
            <w:r>
              <w:rPr>
                <w:b/>
                <w:sz w:val="19"/>
              </w:rPr>
              <w:t>Bank name</w:t>
            </w:r>
          </w:p>
        </w:tc>
        <w:tc>
          <w:tcPr>
            <w:tcW w:w="6696" w:type="dxa"/>
            <w:tcMar>
              <w:top w:w="110" w:type="dxa"/>
              <w:left w:w="120" w:type="dxa"/>
              <w:bottom w:w="110" w:type="dxa"/>
              <w:right w:w="120" w:type="dxa"/>
            </w:tcMar>
            <w:vAlign w:val="center"/>
          </w:tcPr>
          <w:p w14:paraId="09381FDB" w14:textId="77777777" w:rsidR="008F4BE9" w:rsidRDefault="00022B0F">
            <w:pPr>
              <w:spacing w:after="0" w:line="252" w:lineRule="auto"/>
            </w:pPr>
            <w:r>
              <w:rPr>
                <w:sz w:val="19"/>
              </w:rPr>
              <w:t xml:space="preserve"> </w:t>
            </w:r>
          </w:p>
        </w:tc>
      </w:tr>
      <w:tr w:rsidR="008F4BE9" w14:paraId="768833D9" w14:textId="77777777">
        <w:trPr>
          <w:cantSplit/>
          <w:jc w:val="center"/>
        </w:trPr>
        <w:tc>
          <w:tcPr>
            <w:tcW w:w="3384" w:type="dxa"/>
            <w:shd w:val="clear" w:color="auto" w:fill="F3F3F3"/>
            <w:tcMar>
              <w:top w:w="110" w:type="dxa"/>
              <w:left w:w="120" w:type="dxa"/>
              <w:bottom w:w="110" w:type="dxa"/>
              <w:right w:w="120" w:type="dxa"/>
            </w:tcMar>
            <w:vAlign w:val="center"/>
          </w:tcPr>
          <w:p w14:paraId="07F5A235" w14:textId="77777777" w:rsidR="008F4BE9" w:rsidRDefault="00022B0F">
            <w:pPr>
              <w:spacing w:after="0" w:line="252" w:lineRule="auto"/>
            </w:pPr>
            <w:r>
              <w:rPr>
                <w:b/>
                <w:sz w:val="19"/>
              </w:rPr>
              <w:t>Bank account name</w:t>
            </w:r>
          </w:p>
        </w:tc>
        <w:tc>
          <w:tcPr>
            <w:tcW w:w="6696" w:type="dxa"/>
            <w:tcMar>
              <w:top w:w="110" w:type="dxa"/>
              <w:left w:w="120" w:type="dxa"/>
              <w:bottom w:w="110" w:type="dxa"/>
              <w:right w:w="120" w:type="dxa"/>
            </w:tcMar>
            <w:vAlign w:val="center"/>
          </w:tcPr>
          <w:p w14:paraId="755C71D7" w14:textId="77777777" w:rsidR="008F4BE9" w:rsidRDefault="00022B0F">
            <w:pPr>
              <w:spacing w:after="0" w:line="252" w:lineRule="auto"/>
            </w:pPr>
            <w:r>
              <w:rPr>
                <w:sz w:val="19"/>
              </w:rPr>
              <w:t xml:space="preserve"> </w:t>
            </w:r>
          </w:p>
        </w:tc>
      </w:tr>
      <w:tr w:rsidR="008F4BE9" w14:paraId="70A72EC4" w14:textId="77777777">
        <w:trPr>
          <w:cantSplit/>
          <w:jc w:val="center"/>
        </w:trPr>
        <w:tc>
          <w:tcPr>
            <w:tcW w:w="3384" w:type="dxa"/>
            <w:shd w:val="clear" w:color="auto" w:fill="F3F3F3"/>
            <w:tcMar>
              <w:top w:w="110" w:type="dxa"/>
              <w:left w:w="120" w:type="dxa"/>
              <w:bottom w:w="110" w:type="dxa"/>
              <w:right w:w="120" w:type="dxa"/>
            </w:tcMar>
            <w:vAlign w:val="center"/>
          </w:tcPr>
          <w:p w14:paraId="6239F781" w14:textId="77777777" w:rsidR="008F4BE9" w:rsidRDefault="00022B0F">
            <w:pPr>
              <w:spacing w:after="0" w:line="252" w:lineRule="auto"/>
            </w:pPr>
            <w:r>
              <w:rPr>
                <w:b/>
                <w:sz w:val="19"/>
              </w:rPr>
              <w:t>Bank account number</w:t>
            </w:r>
          </w:p>
        </w:tc>
        <w:tc>
          <w:tcPr>
            <w:tcW w:w="6696" w:type="dxa"/>
            <w:tcMar>
              <w:top w:w="110" w:type="dxa"/>
              <w:left w:w="120" w:type="dxa"/>
              <w:bottom w:w="110" w:type="dxa"/>
              <w:right w:w="120" w:type="dxa"/>
            </w:tcMar>
            <w:vAlign w:val="center"/>
          </w:tcPr>
          <w:p w14:paraId="64D8EA73" w14:textId="77777777" w:rsidR="008F4BE9" w:rsidRDefault="00022B0F">
            <w:pPr>
              <w:spacing w:after="0" w:line="252" w:lineRule="auto"/>
            </w:pPr>
            <w:r>
              <w:rPr>
                <w:sz w:val="19"/>
              </w:rPr>
              <w:t xml:space="preserve"> </w:t>
            </w:r>
          </w:p>
        </w:tc>
      </w:tr>
      <w:tr w:rsidR="008F4BE9" w14:paraId="6E3DD036" w14:textId="77777777">
        <w:trPr>
          <w:cantSplit/>
          <w:jc w:val="center"/>
        </w:trPr>
        <w:tc>
          <w:tcPr>
            <w:tcW w:w="3384" w:type="dxa"/>
            <w:shd w:val="clear" w:color="auto" w:fill="F3F3F3"/>
            <w:tcMar>
              <w:top w:w="110" w:type="dxa"/>
              <w:left w:w="120" w:type="dxa"/>
              <w:bottom w:w="110" w:type="dxa"/>
              <w:right w:w="120" w:type="dxa"/>
            </w:tcMar>
            <w:vAlign w:val="center"/>
          </w:tcPr>
          <w:p w14:paraId="58BA121B" w14:textId="77777777" w:rsidR="008F4BE9" w:rsidRDefault="00022B0F">
            <w:pPr>
              <w:spacing w:after="0" w:line="252" w:lineRule="auto"/>
            </w:pPr>
            <w:r>
              <w:rPr>
                <w:b/>
                <w:sz w:val="19"/>
              </w:rPr>
              <w:t>Estimated annual turnover</w:t>
            </w:r>
          </w:p>
        </w:tc>
        <w:tc>
          <w:tcPr>
            <w:tcW w:w="6696" w:type="dxa"/>
            <w:tcMar>
              <w:top w:w="110" w:type="dxa"/>
              <w:left w:w="120" w:type="dxa"/>
              <w:bottom w:w="110" w:type="dxa"/>
              <w:right w:w="120" w:type="dxa"/>
            </w:tcMar>
            <w:vAlign w:val="center"/>
          </w:tcPr>
          <w:p w14:paraId="75558E37" w14:textId="77777777" w:rsidR="008F4BE9" w:rsidRDefault="00022B0F">
            <w:pPr>
              <w:spacing w:after="0" w:line="252" w:lineRule="auto"/>
            </w:pPr>
            <w:r>
              <w:rPr>
                <w:sz w:val="19"/>
              </w:rPr>
              <w:t>RM ____________________  Financial year: ____________________</w:t>
            </w:r>
          </w:p>
        </w:tc>
      </w:tr>
      <w:tr w:rsidR="008F4BE9" w14:paraId="331A5DA5" w14:textId="77777777">
        <w:trPr>
          <w:cantSplit/>
          <w:jc w:val="center"/>
        </w:trPr>
        <w:tc>
          <w:tcPr>
            <w:tcW w:w="3384" w:type="dxa"/>
            <w:shd w:val="clear" w:color="auto" w:fill="F3F3F3"/>
            <w:tcMar>
              <w:top w:w="110" w:type="dxa"/>
              <w:left w:w="120" w:type="dxa"/>
              <w:bottom w:w="110" w:type="dxa"/>
              <w:right w:w="120" w:type="dxa"/>
            </w:tcMar>
            <w:vAlign w:val="center"/>
          </w:tcPr>
          <w:p w14:paraId="54698799" w14:textId="77777777" w:rsidR="008F4BE9" w:rsidRDefault="00022B0F">
            <w:pPr>
              <w:spacing w:after="0" w:line="252" w:lineRule="auto"/>
            </w:pPr>
            <w:r>
              <w:rPr>
                <w:b/>
                <w:sz w:val="19"/>
              </w:rPr>
              <w:t>Credit facilities</w:t>
            </w:r>
          </w:p>
        </w:tc>
        <w:tc>
          <w:tcPr>
            <w:tcW w:w="6696" w:type="dxa"/>
            <w:tcMar>
              <w:top w:w="110" w:type="dxa"/>
              <w:left w:w="120" w:type="dxa"/>
              <w:bottom w:w="110" w:type="dxa"/>
              <w:right w:w="120" w:type="dxa"/>
            </w:tcMar>
            <w:vAlign w:val="center"/>
          </w:tcPr>
          <w:p w14:paraId="6F83ECA5" w14:textId="77777777" w:rsidR="008F4BE9" w:rsidRDefault="00022B0F">
            <w:pPr>
              <w:spacing w:after="0" w:line="252" w:lineRule="auto"/>
            </w:pPr>
            <w:r>
              <w:rPr>
                <w:sz w:val="19"/>
              </w:rPr>
              <w:t>☐</w:t>
            </w:r>
            <w:r>
              <w:rPr>
                <w:sz w:val="19"/>
              </w:rPr>
              <w:t xml:space="preserve"> Yes   ☐ No   Bank or provider if yes: ______________________________</w:t>
            </w:r>
          </w:p>
        </w:tc>
      </w:tr>
      <w:tr w:rsidR="008F4BE9" w14:paraId="68030004" w14:textId="77777777">
        <w:trPr>
          <w:cantSplit/>
          <w:jc w:val="center"/>
        </w:trPr>
        <w:tc>
          <w:tcPr>
            <w:tcW w:w="3384" w:type="dxa"/>
            <w:shd w:val="clear" w:color="auto" w:fill="F3F3F3"/>
            <w:tcMar>
              <w:top w:w="110" w:type="dxa"/>
              <w:left w:w="120" w:type="dxa"/>
              <w:bottom w:w="110" w:type="dxa"/>
              <w:right w:w="120" w:type="dxa"/>
            </w:tcMar>
            <w:vAlign w:val="center"/>
          </w:tcPr>
          <w:p w14:paraId="15874568" w14:textId="77777777" w:rsidR="008F4BE9" w:rsidRDefault="00022B0F">
            <w:pPr>
              <w:spacing w:after="0" w:line="252" w:lineRule="auto"/>
            </w:pPr>
            <w:r>
              <w:rPr>
                <w:b/>
                <w:sz w:val="19"/>
              </w:rPr>
              <w:t>Requested supporting records</w:t>
            </w:r>
          </w:p>
        </w:tc>
        <w:tc>
          <w:tcPr>
            <w:tcW w:w="6696" w:type="dxa"/>
            <w:tcMar>
              <w:top w:w="110" w:type="dxa"/>
              <w:left w:w="120" w:type="dxa"/>
              <w:bottom w:w="110" w:type="dxa"/>
              <w:right w:w="120" w:type="dxa"/>
            </w:tcMar>
            <w:vAlign w:val="center"/>
          </w:tcPr>
          <w:p w14:paraId="017E5EAF" w14:textId="77777777" w:rsidR="008F4BE9" w:rsidRDefault="00022B0F">
            <w:pPr>
              <w:spacing w:after="0" w:line="252" w:lineRule="auto"/>
            </w:pPr>
            <w:r>
              <w:rPr>
                <w:sz w:val="19"/>
              </w:rPr>
              <w:t>☐</w:t>
            </w:r>
            <w:r>
              <w:rPr>
                <w:sz w:val="19"/>
              </w:rPr>
              <w:t xml:space="preserve"> Bank confirmation   ☐ Latest financial statements   ☐ Recent bank statements if requested</w:t>
            </w:r>
          </w:p>
        </w:tc>
      </w:tr>
    </w:tbl>
    <w:p w14:paraId="56248C3E" w14:textId="77777777" w:rsidR="008F4BE9" w:rsidRDefault="00022B0F">
      <w:pPr>
        <w:pStyle w:val="Heading1"/>
        <w:spacing w:before="180" w:after="100"/>
      </w:pPr>
      <w:r>
        <w:rPr>
          <w:rFonts w:ascii="Aptos" w:hAnsi="Aptos"/>
          <w:sz w:val="24"/>
        </w:rPr>
        <w:t>8  Business References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13"/>
        <w:gridCol w:w="2613"/>
        <w:gridCol w:w="2613"/>
        <w:gridCol w:w="2613"/>
      </w:tblGrid>
      <w:tr w:rsidR="008F4BE9" w14:paraId="6CE584BD" w14:textId="77777777">
        <w:trPr>
          <w:tblHeader/>
          <w:jc w:val="center"/>
        </w:trPr>
        <w:tc>
          <w:tcPr>
            <w:tcW w:w="2613" w:type="dxa"/>
            <w:shd w:val="clear" w:color="auto" w:fill="252525"/>
            <w:tcMar>
              <w:top w:w="110" w:type="dxa"/>
              <w:left w:w="120" w:type="dxa"/>
              <w:bottom w:w="110" w:type="dxa"/>
              <w:right w:w="120" w:type="dxa"/>
            </w:tcMar>
            <w:vAlign w:val="center"/>
          </w:tcPr>
          <w:p w14:paraId="53251651" w14:textId="77777777" w:rsidR="008F4BE9" w:rsidRDefault="00022B0F">
            <w:pPr>
              <w:spacing w:after="0" w:line="252" w:lineRule="auto"/>
              <w:jc w:val="center"/>
            </w:pPr>
            <w:r>
              <w:rPr>
                <w:b/>
                <w:color w:val="FFFFFF"/>
                <w:sz w:val="17"/>
              </w:rPr>
              <w:t>Company</w:t>
            </w:r>
          </w:p>
        </w:tc>
        <w:tc>
          <w:tcPr>
            <w:tcW w:w="2613" w:type="dxa"/>
            <w:shd w:val="clear" w:color="auto" w:fill="252525"/>
            <w:tcMar>
              <w:top w:w="110" w:type="dxa"/>
              <w:left w:w="120" w:type="dxa"/>
              <w:bottom w:w="110" w:type="dxa"/>
              <w:right w:w="120" w:type="dxa"/>
            </w:tcMar>
            <w:vAlign w:val="center"/>
          </w:tcPr>
          <w:p w14:paraId="50D5FB90" w14:textId="77777777" w:rsidR="008F4BE9" w:rsidRDefault="00022B0F">
            <w:pPr>
              <w:spacing w:after="0" w:line="252" w:lineRule="auto"/>
              <w:jc w:val="center"/>
            </w:pPr>
            <w:r>
              <w:rPr>
                <w:b/>
                <w:color w:val="FFFFFF"/>
                <w:sz w:val="17"/>
              </w:rPr>
              <w:t>Contact person</w:t>
            </w:r>
          </w:p>
        </w:tc>
        <w:tc>
          <w:tcPr>
            <w:tcW w:w="2613" w:type="dxa"/>
            <w:shd w:val="clear" w:color="auto" w:fill="252525"/>
            <w:tcMar>
              <w:top w:w="110" w:type="dxa"/>
              <w:left w:w="120" w:type="dxa"/>
              <w:bottom w:w="110" w:type="dxa"/>
              <w:right w:w="120" w:type="dxa"/>
            </w:tcMar>
            <w:vAlign w:val="center"/>
          </w:tcPr>
          <w:p w14:paraId="3C20B0DC" w14:textId="77777777" w:rsidR="008F4BE9" w:rsidRDefault="00022B0F">
            <w:pPr>
              <w:spacing w:after="0" w:line="252" w:lineRule="auto"/>
              <w:jc w:val="center"/>
            </w:pPr>
            <w:r>
              <w:rPr>
                <w:b/>
                <w:color w:val="FFFFFF"/>
                <w:sz w:val="17"/>
              </w:rPr>
              <w:t>Telephone or email</w:t>
            </w:r>
          </w:p>
        </w:tc>
        <w:tc>
          <w:tcPr>
            <w:tcW w:w="2613" w:type="dxa"/>
            <w:shd w:val="clear" w:color="auto" w:fill="252525"/>
            <w:tcMar>
              <w:top w:w="110" w:type="dxa"/>
              <w:left w:w="120" w:type="dxa"/>
              <w:bottom w:w="110" w:type="dxa"/>
              <w:right w:w="120" w:type="dxa"/>
            </w:tcMar>
            <w:vAlign w:val="center"/>
          </w:tcPr>
          <w:p w14:paraId="4D2DB0D4" w14:textId="77777777" w:rsidR="008F4BE9" w:rsidRDefault="00022B0F">
            <w:pPr>
              <w:spacing w:after="0" w:line="252" w:lineRule="auto"/>
              <w:jc w:val="center"/>
            </w:pPr>
            <w:r>
              <w:rPr>
                <w:b/>
                <w:color w:val="FFFFFF"/>
                <w:sz w:val="17"/>
              </w:rPr>
              <w:t>Relationship and years</w:t>
            </w:r>
          </w:p>
        </w:tc>
      </w:tr>
      <w:tr w:rsidR="008F4BE9" w14:paraId="4C031195" w14:textId="77777777">
        <w:trPr>
          <w:cantSplit/>
          <w:jc w:val="center"/>
        </w:trPr>
        <w:tc>
          <w:tcPr>
            <w:tcW w:w="2613" w:type="dxa"/>
            <w:tcMar>
              <w:top w:w="150" w:type="dxa"/>
              <w:left w:w="120" w:type="dxa"/>
              <w:bottom w:w="150" w:type="dxa"/>
              <w:right w:w="120" w:type="dxa"/>
            </w:tcMar>
            <w:vAlign w:val="center"/>
          </w:tcPr>
          <w:p w14:paraId="3C222AB1"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05CC8EAA"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1389B261"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248CE392" w14:textId="77777777" w:rsidR="008F4BE9" w:rsidRDefault="00022B0F">
            <w:pPr>
              <w:spacing w:after="0" w:line="252" w:lineRule="auto"/>
            </w:pPr>
            <w:r>
              <w:rPr>
                <w:sz w:val="18"/>
              </w:rPr>
              <w:t xml:space="preserve"> </w:t>
            </w:r>
          </w:p>
        </w:tc>
      </w:tr>
      <w:tr w:rsidR="008F4BE9" w14:paraId="38B5B9A1" w14:textId="77777777">
        <w:trPr>
          <w:cantSplit/>
          <w:jc w:val="center"/>
        </w:trPr>
        <w:tc>
          <w:tcPr>
            <w:tcW w:w="2613" w:type="dxa"/>
            <w:tcMar>
              <w:top w:w="150" w:type="dxa"/>
              <w:left w:w="120" w:type="dxa"/>
              <w:bottom w:w="150" w:type="dxa"/>
              <w:right w:w="120" w:type="dxa"/>
            </w:tcMar>
            <w:vAlign w:val="center"/>
          </w:tcPr>
          <w:p w14:paraId="2CC66E27"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537C8CA8"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6C2CF59A"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13D6F65B" w14:textId="77777777" w:rsidR="008F4BE9" w:rsidRDefault="00022B0F">
            <w:pPr>
              <w:spacing w:after="0" w:line="252" w:lineRule="auto"/>
            </w:pPr>
            <w:r>
              <w:rPr>
                <w:sz w:val="18"/>
              </w:rPr>
              <w:t xml:space="preserve"> </w:t>
            </w:r>
          </w:p>
        </w:tc>
      </w:tr>
      <w:tr w:rsidR="008F4BE9" w14:paraId="0770798E" w14:textId="77777777">
        <w:trPr>
          <w:cantSplit/>
          <w:jc w:val="center"/>
        </w:trPr>
        <w:tc>
          <w:tcPr>
            <w:tcW w:w="2613" w:type="dxa"/>
            <w:tcMar>
              <w:top w:w="150" w:type="dxa"/>
              <w:left w:w="120" w:type="dxa"/>
              <w:bottom w:w="150" w:type="dxa"/>
              <w:right w:w="120" w:type="dxa"/>
            </w:tcMar>
            <w:vAlign w:val="center"/>
          </w:tcPr>
          <w:p w14:paraId="2E9F34A6"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2CB39202"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7FF5180F" w14:textId="77777777" w:rsidR="008F4BE9" w:rsidRDefault="00022B0F">
            <w:pPr>
              <w:spacing w:after="0" w:line="252" w:lineRule="auto"/>
            </w:pPr>
            <w:r>
              <w:rPr>
                <w:sz w:val="18"/>
              </w:rPr>
              <w:t xml:space="preserve"> </w:t>
            </w:r>
          </w:p>
        </w:tc>
        <w:tc>
          <w:tcPr>
            <w:tcW w:w="2613" w:type="dxa"/>
            <w:tcMar>
              <w:top w:w="150" w:type="dxa"/>
              <w:left w:w="120" w:type="dxa"/>
              <w:bottom w:w="150" w:type="dxa"/>
              <w:right w:w="120" w:type="dxa"/>
            </w:tcMar>
            <w:vAlign w:val="center"/>
          </w:tcPr>
          <w:p w14:paraId="78A906A2" w14:textId="77777777" w:rsidR="008F4BE9" w:rsidRDefault="00022B0F">
            <w:pPr>
              <w:spacing w:after="0" w:line="252" w:lineRule="auto"/>
            </w:pPr>
            <w:r>
              <w:rPr>
                <w:sz w:val="18"/>
              </w:rPr>
              <w:t xml:space="preserve"> </w:t>
            </w:r>
          </w:p>
        </w:tc>
      </w:tr>
    </w:tbl>
    <w:p w14:paraId="00F3E414" w14:textId="77777777" w:rsidR="008F4BE9" w:rsidRDefault="00022B0F">
      <w:pPr>
        <w:pStyle w:val="Heading1"/>
        <w:spacing w:before="180" w:after="100"/>
      </w:pPr>
      <w:r>
        <w:rPr>
          <w:rFonts w:ascii="Aptos" w:hAnsi="Aptos"/>
          <w:sz w:val="24"/>
        </w:rPr>
        <w:t>9  Background Declarations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454"/>
      </w:tblGrid>
      <w:tr w:rsidR="008F4BE9" w14:paraId="2D85AAEF" w14:textId="77777777">
        <w:trPr>
          <w:jc w:val="center"/>
        </w:trPr>
        <w:tc>
          <w:tcPr>
            <w:tcW w:w="10454" w:type="dxa"/>
            <w:tcMar>
              <w:top w:w="115" w:type="dxa"/>
              <w:left w:w="120" w:type="dxa"/>
              <w:bottom w:w="115" w:type="dxa"/>
              <w:right w:w="120" w:type="dxa"/>
            </w:tcMar>
            <w:vAlign w:val="center"/>
          </w:tcPr>
          <w:p w14:paraId="27817C2E" w14:textId="77777777" w:rsidR="008F4BE9" w:rsidRDefault="00022B0F">
            <w:pPr>
              <w:spacing w:after="0" w:line="252" w:lineRule="auto"/>
            </w:pPr>
            <w:r>
              <w:rPr>
                <w:sz w:val="18"/>
              </w:rPr>
              <w:t>☐</w:t>
            </w:r>
            <w:r>
              <w:rPr>
                <w:sz w:val="18"/>
              </w:rPr>
              <w:t xml:space="preserve">  No director or owner is currently an undischarged bankrupt</w:t>
            </w:r>
          </w:p>
        </w:tc>
      </w:tr>
      <w:tr w:rsidR="008F4BE9" w14:paraId="74445CDE" w14:textId="77777777">
        <w:trPr>
          <w:jc w:val="center"/>
        </w:trPr>
        <w:tc>
          <w:tcPr>
            <w:tcW w:w="10454" w:type="dxa"/>
            <w:tcMar>
              <w:top w:w="115" w:type="dxa"/>
              <w:left w:w="120" w:type="dxa"/>
              <w:bottom w:w="115" w:type="dxa"/>
              <w:right w:w="120" w:type="dxa"/>
            </w:tcMar>
            <w:vAlign w:val="center"/>
          </w:tcPr>
          <w:p w14:paraId="7BFB56F8" w14:textId="77777777" w:rsidR="008F4BE9" w:rsidRDefault="00022B0F">
            <w:pPr>
              <w:spacing w:after="0" w:line="252" w:lineRule="auto"/>
            </w:pPr>
            <w:r>
              <w:rPr>
                <w:sz w:val="18"/>
              </w:rPr>
              <w:t>☐</w:t>
            </w:r>
            <w:r>
              <w:rPr>
                <w:sz w:val="18"/>
              </w:rPr>
              <w:t xml:space="preserve">  No winding-up or insolvency proceeding is pending against the applicant</w:t>
            </w:r>
          </w:p>
        </w:tc>
      </w:tr>
      <w:tr w:rsidR="008F4BE9" w14:paraId="3C4B085C" w14:textId="77777777">
        <w:trPr>
          <w:jc w:val="center"/>
        </w:trPr>
        <w:tc>
          <w:tcPr>
            <w:tcW w:w="10454" w:type="dxa"/>
            <w:tcMar>
              <w:top w:w="115" w:type="dxa"/>
              <w:left w:w="120" w:type="dxa"/>
              <w:bottom w:w="115" w:type="dxa"/>
              <w:right w:w="120" w:type="dxa"/>
            </w:tcMar>
            <w:vAlign w:val="center"/>
          </w:tcPr>
          <w:p w14:paraId="7DABA0F6" w14:textId="77777777" w:rsidR="008F4BE9" w:rsidRDefault="00022B0F">
            <w:pPr>
              <w:spacing w:after="0" w:line="252" w:lineRule="auto"/>
            </w:pPr>
            <w:r>
              <w:rPr>
                <w:sz w:val="18"/>
              </w:rPr>
              <w:t>☐</w:t>
            </w:r>
            <w:r>
              <w:rPr>
                <w:sz w:val="18"/>
              </w:rPr>
              <w:t xml:space="preserve">  No material legal action is pending against the applicant</w:t>
            </w:r>
          </w:p>
        </w:tc>
      </w:tr>
      <w:tr w:rsidR="008F4BE9" w14:paraId="1B76DEA3" w14:textId="77777777">
        <w:trPr>
          <w:jc w:val="center"/>
        </w:trPr>
        <w:tc>
          <w:tcPr>
            <w:tcW w:w="10454" w:type="dxa"/>
            <w:tcMar>
              <w:top w:w="115" w:type="dxa"/>
              <w:left w:w="120" w:type="dxa"/>
              <w:bottom w:w="115" w:type="dxa"/>
              <w:right w:w="120" w:type="dxa"/>
            </w:tcMar>
            <w:vAlign w:val="center"/>
          </w:tcPr>
          <w:p w14:paraId="258C892A" w14:textId="77777777" w:rsidR="008F4BE9" w:rsidRDefault="00022B0F">
            <w:pPr>
              <w:spacing w:after="0" w:line="252" w:lineRule="auto"/>
            </w:pPr>
            <w:r>
              <w:rPr>
                <w:sz w:val="18"/>
              </w:rPr>
              <w:t>☐</w:t>
            </w:r>
            <w:r>
              <w:rPr>
                <w:sz w:val="18"/>
              </w:rPr>
              <w:t xml:space="preserve">  No dealership or distributorship has been terminated for misconduct</w:t>
            </w:r>
          </w:p>
        </w:tc>
      </w:tr>
      <w:tr w:rsidR="008F4BE9" w14:paraId="6E98863B" w14:textId="77777777">
        <w:trPr>
          <w:jc w:val="center"/>
        </w:trPr>
        <w:tc>
          <w:tcPr>
            <w:tcW w:w="10454" w:type="dxa"/>
            <w:tcMar>
              <w:top w:w="115" w:type="dxa"/>
              <w:left w:w="120" w:type="dxa"/>
              <w:bottom w:w="115" w:type="dxa"/>
              <w:right w:w="120" w:type="dxa"/>
            </w:tcMar>
            <w:vAlign w:val="center"/>
          </w:tcPr>
          <w:p w14:paraId="3A47C68B" w14:textId="77777777" w:rsidR="008F4BE9" w:rsidRDefault="00022B0F">
            <w:pPr>
              <w:spacing w:after="0" w:line="252" w:lineRule="auto"/>
            </w:pPr>
            <w:r>
              <w:rPr>
                <w:sz w:val="18"/>
              </w:rPr>
              <w:t>☐</w:t>
            </w:r>
            <w:r>
              <w:rPr>
                <w:sz w:val="18"/>
              </w:rPr>
              <w:t xml:space="preserve">  No director or owner has been convicted of fraud or dishonesty</w:t>
            </w:r>
          </w:p>
        </w:tc>
      </w:tr>
      <w:tr w:rsidR="008F4BE9" w14:paraId="1618C4BB" w14:textId="77777777">
        <w:trPr>
          <w:jc w:val="center"/>
        </w:trPr>
        <w:tc>
          <w:tcPr>
            <w:tcW w:w="10454" w:type="dxa"/>
            <w:tcMar>
              <w:top w:w="115" w:type="dxa"/>
              <w:left w:w="120" w:type="dxa"/>
              <w:bottom w:w="115" w:type="dxa"/>
              <w:right w:w="120" w:type="dxa"/>
            </w:tcMar>
            <w:vAlign w:val="center"/>
          </w:tcPr>
          <w:p w14:paraId="6C626710" w14:textId="77777777" w:rsidR="008F4BE9" w:rsidRDefault="00022B0F">
            <w:pPr>
              <w:spacing w:after="0" w:line="252" w:lineRule="auto"/>
            </w:pPr>
            <w:r>
              <w:rPr>
                <w:sz w:val="18"/>
              </w:rPr>
              <w:t>☐</w:t>
            </w:r>
            <w:r>
              <w:rPr>
                <w:sz w:val="18"/>
              </w:rPr>
              <w:t xml:space="preserve">  No conflict of interest with Alibaba Appliances Sdn. Bhd. has been identified</w:t>
            </w:r>
          </w:p>
        </w:tc>
      </w:tr>
    </w:tbl>
    <w:p w14:paraId="4F3FED69" w14:textId="77777777" w:rsidR="008F4BE9" w:rsidRDefault="00022B0F">
      <w:pPr>
        <w:spacing w:before="100" w:after="60"/>
      </w:pPr>
      <w:r>
        <w:rPr>
          <w:b/>
          <w:sz w:val="18"/>
        </w:rPr>
        <w:t>If any statement above cannot be confirmed, provide details including dates, parties, status and outcome.</w:t>
      </w:r>
    </w:p>
    <w:p w14:paraId="6283A6D1" w14:textId="77777777" w:rsidR="008F4BE9" w:rsidRDefault="00022B0F">
      <w:pPr>
        <w:spacing w:after="60"/>
      </w:pPr>
      <w:r>
        <w:rPr>
          <w:color w:val="6D6D6D"/>
          <w:sz w:val="18"/>
        </w:rPr>
        <w:t>________________________________________________________________________________</w:t>
      </w:r>
    </w:p>
    <w:p w14:paraId="6FA37950" w14:textId="77777777" w:rsidR="008F4BE9" w:rsidRDefault="00022B0F">
      <w:pPr>
        <w:spacing w:after="60"/>
      </w:pPr>
      <w:r>
        <w:rPr>
          <w:color w:val="6D6D6D"/>
          <w:sz w:val="18"/>
        </w:rPr>
        <w:t>________________________________________________________________________________</w:t>
      </w:r>
    </w:p>
    <w:p w14:paraId="6D71E6A6" w14:textId="77777777" w:rsidR="008F4BE9" w:rsidRDefault="00022B0F">
      <w:pPr>
        <w:spacing w:after="60"/>
      </w:pPr>
      <w:r>
        <w:rPr>
          <w:color w:val="6D6D6D"/>
          <w:sz w:val="18"/>
        </w:rPr>
        <w:t>________________________________________________________________________________</w:t>
      </w:r>
    </w:p>
    <w:p w14:paraId="45AA606C" w14:textId="77777777" w:rsidR="008F4BE9" w:rsidRDefault="00022B0F">
      <w:pPr>
        <w:pStyle w:val="Heading1"/>
        <w:spacing w:before="180" w:after="100"/>
      </w:pPr>
      <w:r>
        <w:rPr>
          <w:rFonts w:ascii="Aptos" w:hAnsi="Aptos"/>
          <w:sz w:val="24"/>
        </w:rPr>
        <w:t>10  Applicant Declaration and Consent</w:t>
      </w:r>
    </w:p>
    <w:p w14:paraId="3441DB4A" w14:textId="77777777" w:rsidR="008F4BE9" w:rsidRDefault="00022B0F">
      <w:pPr>
        <w:spacing w:after="140" w:line="259" w:lineRule="auto"/>
      </w:pPr>
      <w:r>
        <w:rPr>
          <w:sz w:val="18"/>
        </w:rPr>
        <w:t>I or we confirm that the information and documents supplied are true, complete and current. We authorise Alibaba Appliances Sdn. Bhd. to verify the information with SSM, banks, trade references and other lawful sources where necessary for evaluating this application. We understand that sensitive documents will be used for assessment, compliance and record keeping, subject to applicable data protection requirements. We will promptly notify Alibaba Appliances Sdn. Bhd. of any material change. Providing false,</w:t>
      </w:r>
      <w:r>
        <w:rPr>
          <w:sz w:val="18"/>
        </w:rPr>
        <w:t xml:space="preserve"> misleading or incomplete information may result in rejection, suspension or termination of any appointment.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384"/>
        <w:gridCol w:w="6696"/>
      </w:tblGrid>
      <w:tr w:rsidR="008F4BE9" w14:paraId="795CFBA9" w14:textId="77777777">
        <w:trPr>
          <w:cantSplit/>
          <w:jc w:val="center"/>
        </w:trPr>
        <w:tc>
          <w:tcPr>
            <w:tcW w:w="3384" w:type="dxa"/>
            <w:shd w:val="clear" w:color="auto" w:fill="F3F3F3"/>
            <w:tcMar>
              <w:top w:w="110" w:type="dxa"/>
              <w:left w:w="120" w:type="dxa"/>
              <w:bottom w:w="110" w:type="dxa"/>
              <w:right w:w="120" w:type="dxa"/>
            </w:tcMar>
            <w:vAlign w:val="center"/>
          </w:tcPr>
          <w:p w14:paraId="5D86675E" w14:textId="77777777" w:rsidR="008F4BE9" w:rsidRDefault="00022B0F">
            <w:pPr>
              <w:spacing w:after="0" w:line="252" w:lineRule="auto"/>
            </w:pPr>
            <w:r>
              <w:rPr>
                <w:b/>
                <w:sz w:val="19"/>
              </w:rPr>
              <w:t>Authorised signatory name</w:t>
            </w:r>
          </w:p>
        </w:tc>
        <w:tc>
          <w:tcPr>
            <w:tcW w:w="6696" w:type="dxa"/>
            <w:tcMar>
              <w:top w:w="110" w:type="dxa"/>
              <w:left w:w="120" w:type="dxa"/>
              <w:bottom w:w="110" w:type="dxa"/>
              <w:right w:w="120" w:type="dxa"/>
            </w:tcMar>
            <w:vAlign w:val="center"/>
          </w:tcPr>
          <w:p w14:paraId="083877EA" w14:textId="77777777" w:rsidR="008F4BE9" w:rsidRDefault="00022B0F">
            <w:pPr>
              <w:spacing w:after="0" w:line="252" w:lineRule="auto"/>
            </w:pPr>
            <w:r>
              <w:rPr>
                <w:sz w:val="19"/>
              </w:rPr>
              <w:t xml:space="preserve"> </w:t>
            </w:r>
          </w:p>
        </w:tc>
      </w:tr>
      <w:tr w:rsidR="008F4BE9" w14:paraId="1799FEA1" w14:textId="77777777">
        <w:trPr>
          <w:cantSplit/>
          <w:jc w:val="center"/>
        </w:trPr>
        <w:tc>
          <w:tcPr>
            <w:tcW w:w="3384" w:type="dxa"/>
            <w:shd w:val="clear" w:color="auto" w:fill="F3F3F3"/>
            <w:tcMar>
              <w:top w:w="110" w:type="dxa"/>
              <w:left w:w="120" w:type="dxa"/>
              <w:bottom w:w="110" w:type="dxa"/>
              <w:right w:w="120" w:type="dxa"/>
            </w:tcMar>
            <w:vAlign w:val="center"/>
          </w:tcPr>
          <w:p w14:paraId="7F2F7050" w14:textId="77777777" w:rsidR="008F4BE9" w:rsidRDefault="00022B0F">
            <w:pPr>
              <w:spacing w:after="0" w:line="252" w:lineRule="auto"/>
            </w:pPr>
            <w:r>
              <w:rPr>
                <w:b/>
                <w:sz w:val="19"/>
              </w:rPr>
              <w:lastRenderedPageBreak/>
              <w:t>Position</w:t>
            </w:r>
          </w:p>
        </w:tc>
        <w:tc>
          <w:tcPr>
            <w:tcW w:w="6696" w:type="dxa"/>
            <w:tcMar>
              <w:top w:w="110" w:type="dxa"/>
              <w:left w:w="120" w:type="dxa"/>
              <w:bottom w:w="110" w:type="dxa"/>
              <w:right w:w="120" w:type="dxa"/>
            </w:tcMar>
            <w:vAlign w:val="center"/>
          </w:tcPr>
          <w:p w14:paraId="59F498E2" w14:textId="77777777" w:rsidR="008F4BE9" w:rsidRDefault="00022B0F">
            <w:pPr>
              <w:spacing w:after="0" w:line="252" w:lineRule="auto"/>
            </w:pPr>
            <w:r>
              <w:rPr>
                <w:sz w:val="19"/>
              </w:rPr>
              <w:t xml:space="preserve"> </w:t>
            </w:r>
          </w:p>
        </w:tc>
      </w:tr>
      <w:tr w:rsidR="008F4BE9" w14:paraId="25B39B0D" w14:textId="77777777">
        <w:trPr>
          <w:cantSplit/>
          <w:jc w:val="center"/>
        </w:trPr>
        <w:tc>
          <w:tcPr>
            <w:tcW w:w="3384" w:type="dxa"/>
            <w:shd w:val="clear" w:color="auto" w:fill="F3F3F3"/>
            <w:tcMar>
              <w:top w:w="110" w:type="dxa"/>
              <w:left w:w="120" w:type="dxa"/>
              <w:bottom w:w="110" w:type="dxa"/>
              <w:right w:w="120" w:type="dxa"/>
            </w:tcMar>
            <w:vAlign w:val="center"/>
          </w:tcPr>
          <w:p w14:paraId="09CA28E1" w14:textId="77777777" w:rsidR="008F4BE9" w:rsidRDefault="00022B0F">
            <w:pPr>
              <w:spacing w:after="0" w:line="252" w:lineRule="auto"/>
            </w:pPr>
            <w:r>
              <w:rPr>
                <w:b/>
                <w:sz w:val="19"/>
              </w:rPr>
              <w:t>Signature</w:t>
            </w:r>
          </w:p>
        </w:tc>
        <w:tc>
          <w:tcPr>
            <w:tcW w:w="6696" w:type="dxa"/>
            <w:tcMar>
              <w:top w:w="110" w:type="dxa"/>
              <w:left w:w="120" w:type="dxa"/>
              <w:bottom w:w="110" w:type="dxa"/>
              <w:right w:w="120" w:type="dxa"/>
            </w:tcMar>
            <w:vAlign w:val="center"/>
          </w:tcPr>
          <w:p w14:paraId="2B8EF0AB" w14:textId="77777777" w:rsidR="008F4BE9" w:rsidRDefault="00022B0F">
            <w:pPr>
              <w:spacing w:after="0" w:line="252" w:lineRule="auto"/>
            </w:pPr>
            <w:r>
              <w:rPr>
                <w:sz w:val="19"/>
              </w:rPr>
              <w:br/>
            </w:r>
          </w:p>
        </w:tc>
      </w:tr>
      <w:tr w:rsidR="008F4BE9" w14:paraId="7CE7650D" w14:textId="77777777">
        <w:trPr>
          <w:cantSplit/>
          <w:jc w:val="center"/>
        </w:trPr>
        <w:tc>
          <w:tcPr>
            <w:tcW w:w="3384" w:type="dxa"/>
            <w:shd w:val="clear" w:color="auto" w:fill="F3F3F3"/>
            <w:tcMar>
              <w:top w:w="110" w:type="dxa"/>
              <w:left w:w="120" w:type="dxa"/>
              <w:bottom w:w="110" w:type="dxa"/>
              <w:right w:w="120" w:type="dxa"/>
            </w:tcMar>
            <w:vAlign w:val="center"/>
          </w:tcPr>
          <w:p w14:paraId="76500DC6" w14:textId="77777777" w:rsidR="008F4BE9" w:rsidRDefault="00022B0F">
            <w:pPr>
              <w:spacing w:after="0" w:line="252" w:lineRule="auto"/>
            </w:pPr>
            <w:r>
              <w:rPr>
                <w:b/>
                <w:sz w:val="19"/>
              </w:rPr>
              <w:t>Company stamp</w:t>
            </w:r>
          </w:p>
        </w:tc>
        <w:tc>
          <w:tcPr>
            <w:tcW w:w="6696" w:type="dxa"/>
            <w:tcMar>
              <w:top w:w="110" w:type="dxa"/>
              <w:left w:w="120" w:type="dxa"/>
              <w:bottom w:w="110" w:type="dxa"/>
              <w:right w:w="120" w:type="dxa"/>
            </w:tcMar>
            <w:vAlign w:val="center"/>
          </w:tcPr>
          <w:p w14:paraId="782D4CC7" w14:textId="77777777" w:rsidR="008F4BE9" w:rsidRDefault="00022B0F">
            <w:pPr>
              <w:spacing w:after="0" w:line="252" w:lineRule="auto"/>
            </w:pPr>
            <w:r>
              <w:rPr>
                <w:sz w:val="19"/>
              </w:rPr>
              <w:br/>
            </w:r>
          </w:p>
        </w:tc>
      </w:tr>
      <w:tr w:rsidR="008F4BE9" w14:paraId="6A6C6C4B" w14:textId="77777777">
        <w:trPr>
          <w:cantSplit/>
          <w:jc w:val="center"/>
        </w:trPr>
        <w:tc>
          <w:tcPr>
            <w:tcW w:w="3384" w:type="dxa"/>
            <w:shd w:val="clear" w:color="auto" w:fill="F3F3F3"/>
            <w:tcMar>
              <w:top w:w="110" w:type="dxa"/>
              <w:left w:w="120" w:type="dxa"/>
              <w:bottom w:w="110" w:type="dxa"/>
              <w:right w:w="120" w:type="dxa"/>
            </w:tcMar>
            <w:vAlign w:val="center"/>
          </w:tcPr>
          <w:p w14:paraId="541CA02D" w14:textId="77777777" w:rsidR="008F4BE9" w:rsidRDefault="00022B0F">
            <w:pPr>
              <w:spacing w:after="0" w:line="252" w:lineRule="auto"/>
            </w:pPr>
            <w:r>
              <w:rPr>
                <w:b/>
                <w:sz w:val="19"/>
              </w:rPr>
              <w:t>Date</w:t>
            </w:r>
          </w:p>
        </w:tc>
        <w:tc>
          <w:tcPr>
            <w:tcW w:w="6696" w:type="dxa"/>
            <w:tcMar>
              <w:top w:w="110" w:type="dxa"/>
              <w:left w:w="120" w:type="dxa"/>
              <w:bottom w:w="110" w:type="dxa"/>
              <w:right w:w="120" w:type="dxa"/>
            </w:tcMar>
            <w:vAlign w:val="center"/>
          </w:tcPr>
          <w:p w14:paraId="6939D34F" w14:textId="77777777" w:rsidR="008F4BE9" w:rsidRDefault="00022B0F">
            <w:pPr>
              <w:spacing w:after="0" w:line="252" w:lineRule="auto"/>
            </w:pPr>
            <w:r>
              <w:rPr>
                <w:sz w:val="19"/>
              </w:rPr>
              <w:t xml:space="preserve"> </w:t>
            </w:r>
          </w:p>
        </w:tc>
      </w:tr>
    </w:tbl>
    <w:p w14:paraId="5C8356FB" w14:textId="77777777" w:rsidR="008F4BE9" w:rsidRDefault="00022B0F">
      <w:r>
        <w:br w:type="page"/>
      </w:r>
    </w:p>
    <w:p w14:paraId="35ACBDF1" w14:textId="77777777" w:rsidR="008F4BE9" w:rsidRDefault="00022B0F">
      <w:pPr>
        <w:pStyle w:val="Heading1"/>
        <w:spacing w:before="180" w:after="100"/>
      </w:pPr>
      <w:r>
        <w:rPr>
          <w:rFonts w:ascii="Aptos" w:hAnsi="Aptos"/>
          <w:sz w:val="24"/>
        </w:rPr>
        <w:lastRenderedPageBreak/>
        <w:t>11  For Samview Malaysia Verification Use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13"/>
        <w:gridCol w:w="2613"/>
        <w:gridCol w:w="2613"/>
        <w:gridCol w:w="4083"/>
      </w:tblGrid>
      <w:tr w:rsidR="008F4BE9" w14:paraId="1ACFED4D" w14:textId="77777777">
        <w:trPr>
          <w:tblHeader/>
          <w:jc w:val="center"/>
        </w:trPr>
        <w:tc>
          <w:tcPr>
            <w:tcW w:w="2613" w:type="dxa"/>
            <w:shd w:val="clear" w:color="auto" w:fill="252525"/>
            <w:tcMar>
              <w:top w:w="110" w:type="dxa"/>
              <w:left w:w="120" w:type="dxa"/>
              <w:bottom w:w="110" w:type="dxa"/>
              <w:right w:w="120" w:type="dxa"/>
            </w:tcMar>
            <w:vAlign w:val="center"/>
          </w:tcPr>
          <w:p w14:paraId="3EFF8976" w14:textId="77777777" w:rsidR="008F4BE9" w:rsidRDefault="00022B0F">
            <w:pPr>
              <w:spacing w:after="0" w:line="252" w:lineRule="auto"/>
              <w:jc w:val="center"/>
            </w:pPr>
            <w:r>
              <w:rPr>
                <w:b/>
                <w:color w:val="FFFFFF"/>
                <w:sz w:val="18"/>
              </w:rPr>
              <w:t>Document or check</w:t>
            </w:r>
          </w:p>
        </w:tc>
        <w:tc>
          <w:tcPr>
            <w:tcW w:w="2613" w:type="dxa"/>
            <w:shd w:val="clear" w:color="auto" w:fill="252525"/>
            <w:tcMar>
              <w:top w:w="110" w:type="dxa"/>
              <w:left w:w="120" w:type="dxa"/>
              <w:bottom w:w="110" w:type="dxa"/>
              <w:right w:w="120" w:type="dxa"/>
            </w:tcMar>
            <w:vAlign w:val="center"/>
          </w:tcPr>
          <w:p w14:paraId="6C495592" w14:textId="77777777" w:rsidR="008F4BE9" w:rsidRDefault="00022B0F">
            <w:pPr>
              <w:spacing w:after="0" w:line="252" w:lineRule="auto"/>
              <w:jc w:val="center"/>
            </w:pPr>
            <w:r>
              <w:rPr>
                <w:b/>
                <w:color w:val="FFFFFF"/>
                <w:sz w:val="18"/>
              </w:rPr>
              <w:t>Received</w:t>
            </w:r>
          </w:p>
        </w:tc>
        <w:tc>
          <w:tcPr>
            <w:tcW w:w="2613" w:type="dxa"/>
            <w:shd w:val="clear" w:color="auto" w:fill="252525"/>
            <w:tcMar>
              <w:top w:w="110" w:type="dxa"/>
              <w:left w:w="120" w:type="dxa"/>
              <w:bottom w:w="110" w:type="dxa"/>
              <w:right w:w="120" w:type="dxa"/>
            </w:tcMar>
            <w:vAlign w:val="center"/>
          </w:tcPr>
          <w:p w14:paraId="5464BCD8" w14:textId="77777777" w:rsidR="008F4BE9" w:rsidRDefault="00022B0F">
            <w:pPr>
              <w:spacing w:after="0" w:line="252" w:lineRule="auto"/>
              <w:jc w:val="center"/>
            </w:pPr>
            <w:r>
              <w:rPr>
                <w:b/>
                <w:color w:val="FFFFFF"/>
                <w:sz w:val="18"/>
              </w:rPr>
              <w:t>Verified</w:t>
            </w:r>
          </w:p>
        </w:tc>
        <w:tc>
          <w:tcPr>
            <w:tcW w:w="2613" w:type="dxa"/>
            <w:shd w:val="clear" w:color="auto" w:fill="252525"/>
            <w:tcMar>
              <w:top w:w="110" w:type="dxa"/>
              <w:left w:w="120" w:type="dxa"/>
              <w:bottom w:w="110" w:type="dxa"/>
              <w:right w:w="120" w:type="dxa"/>
            </w:tcMar>
            <w:vAlign w:val="center"/>
          </w:tcPr>
          <w:p w14:paraId="37AD9F95" w14:textId="77777777" w:rsidR="008F4BE9" w:rsidRDefault="00022B0F">
            <w:pPr>
              <w:spacing w:after="0" w:line="252" w:lineRule="auto"/>
              <w:jc w:val="center"/>
            </w:pPr>
            <w:r>
              <w:rPr>
                <w:b/>
                <w:color w:val="FFFFFF"/>
                <w:sz w:val="18"/>
              </w:rPr>
              <w:t>Remarks</w:t>
            </w:r>
          </w:p>
        </w:tc>
      </w:tr>
      <w:tr w:rsidR="008F4BE9" w14:paraId="49D43C21" w14:textId="77777777">
        <w:trPr>
          <w:cantSplit/>
          <w:jc w:val="center"/>
        </w:trPr>
        <w:tc>
          <w:tcPr>
            <w:tcW w:w="2613" w:type="dxa"/>
            <w:tcMar>
              <w:top w:w="110" w:type="dxa"/>
              <w:left w:w="120" w:type="dxa"/>
              <w:bottom w:w="110" w:type="dxa"/>
              <w:right w:w="120" w:type="dxa"/>
            </w:tcMar>
            <w:vAlign w:val="center"/>
          </w:tcPr>
          <w:p w14:paraId="35CF521A" w14:textId="77777777" w:rsidR="008F4BE9" w:rsidRDefault="00022B0F">
            <w:pPr>
              <w:spacing w:after="0" w:line="252" w:lineRule="auto"/>
            </w:pPr>
            <w:r>
              <w:rPr>
                <w:sz w:val="17"/>
              </w:rPr>
              <w:t>SSM registration certificate</w:t>
            </w:r>
          </w:p>
        </w:tc>
        <w:tc>
          <w:tcPr>
            <w:tcW w:w="2613" w:type="dxa"/>
            <w:tcMar>
              <w:top w:w="110" w:type="dxa"/>
              <w:left w:w="120" w:type="dxa"/>
              <w:bottom w:w="110" w:type="dxa"/>
              <w:right w:w="120" w:type="dxa"/>
            </w:tcMar>
            <w:vAlign w:val="center"/>
          </w:tcPr>
          <w:p w14:paraId="6D8D92F3"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6B4B5682"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44429829" w14:textId="77777777" w:rsidR="008F4BE9" w:rsidRDefault="008F4BE9">
            <w:pPr>
              <w:spacing w:after="0" w:line="252" w:lineRule="auto"/>
            </w:pPr>
          </w:p>
        </w:tc>
      </w:tr>
      <w:tr w:rsidR="008F4BE9" w14:paraId="49D8CC27" w14:textId="77777777">
        <w:trPr>
          <w:cantSplit/>
          <w:jc w:val="center"/>
        </w:trPr>
        <w:tc>
          <w:tcPr>
            <w:tcW w:w="2613" w:type="dxa"/>
            <w:tcMar>
              <w:top w:w="110" w:type="dxa"/>
              <w:left w:w="120" w:type="dxa"/>
              <w:bottom w:w="110" w:type="dxa"/>
              <w:right w:w="120" w:type="dxa"/>
            </w:tcMar>
            <w:vAlign w:val="center"/>
          </w:tcPr>
          <w:p w14:paraId="6E1392A8" w14:textId="77777777" w:rsidR="008F4BE9" w:rsidRDefault="00022B0F">
            <w:pPr>
              <w:spacing w:after="0" w:line="252" w:lineRule="auto"/>
            </w:pPr>
            <w:r>
              <w:rPr>
                <w:sz w:val="17"/>
              </w:rPr>
              <w:t>Latest SSM profile</w:t>
            </w:r>
          </w:p>
        </w:tc>
        <w:tc>
          <w:tcPr>
            <w:tcW w:w="2613" w:type="dxa"/>
            <w:tcMar>
              <w:top w:w="110" w:type="dxa"/>
              <w:left w:w="120" w:type="dxa"/>
              <w:bottom w:w="110" w:type="dxa"/>
              <w:right w:w="120" w:type="dxa"/>
            </w:tcMar>
            <w:vAlign w:val="center"/>
          </w:tcPr>
          <w:p w14:paraId="7FEE1A9B"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6C7FBBF2"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7B5A14B1" w14:textId="77777777" w:rsidR="008F4BE9" w:rsidRDefault="008F4BE9">
            <w:pPr>
              <w:spacing w:after="0" w:line="252" w:lineRule="auto"/>
            </w:pPr>
          </w:p>
        </w:tc>
      </w:tr>
      <w:tr w:rsidR="008F4BE9" w14:paraId="13E1A19D" w14:textId="77777777">
        <w:trPr>
          <w:cantSplit/>
          <w:jc w:val="center"/>
        </w:trPr>
        <w:tc>
          <w:tcPr>
            <w:tcW w:w="2613" w:type="dxa"/>
            <w:tcMar>
              <w:top w:w="110" w:type="dxa"/>
              <w:left w:w="120" w:type="dxa"/>
              <w:bottom w:w="110" w:type="dxa"/>
              <w:right w:w="120" w:type="dxa"/>
            </w:tcMar>
            <w:vAlign w:val="center"/>
          </w:tcPr>
          <w:p w14:paraId="1D1CC5C4" w14:textId="77777777" w:rsidR="008F4BE9" w:rsidRDefault="00022B0F">
            <w:pPr>
              <w:spacing w:after="0" w:line="252" w:lineRule="auto"/>
            </w:pPr>
            <w:r>
              <w:rPr>
                <w:sz w:val="17"/>
              </w:rPr>
              <w:t>Directors and ownership</w:t>
            </w:r>
          </w:p>
        </w:tc>
        <w:tc>
          <w:tcPr>
            <w:tcW w:w="2613" w:type="dxa"/>
            <w:tcMar>
              <w:top w:w="110" w:type="dxa"/>
              <w:left w:w="120" w:type="dxa"/>
              <w:bottom w:w="110" w:type="dxa"/>
              <w:right w:w="120" w:type="dxa"/>
            </w:tcMar>
            <w:vAlign w:val="center"/>
          </w:tcPr>
          <w:p w14:paraId="73DBC29F"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50C64678"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618A5B68" w14:textId="77777777" w:rsidR="008F4BE9" w:rsidRDefault="008F4BE9">
            <w:pPr>
              <w:spacing w:after="0" w:line="252" w:lineRule="auto"/>
            </w:pPr>
          </w:p>
        </w:tc>
      </w:tr>
      <w:tr w:rsidR="008F4BE9" w14:paraId="5FB8FF83" w14:textId="77777777">
        <w:trPr>
          <w:cantSplit/>
          <w:jc w:val="center"/>
        </w:trPr>
        <w:tc>
          <w:tcPr>
            <w:tcW w:w="2613" w:type="dxa"/>
            <w:tcMar>
              <w:top w:w="110" w:type="dxa"/>
              <w:left w:w="120" w:type="dxa"/>
              <w:bottom w:w="110" w:type="dxa"/>
              <w:right w:w="120" w:type="dxa"/>
            </w:tcMar>
            <w:vAlign w:val="center"/>
          </w:tcPr>
          <w:p w14:paraId="5201CF0A" w14:textId="77777777" w:rsidR="008F4BE9" w:rsidRDefault="00022B0F">
            <w:pPr>
              <w:spacing w:after="0" w:line="252" w:lineRule="auto"/>
            </w:pPr>
            <w:r>
              <w:rPr>
                <w:sz w:val="17"/>
              </w:rPr>
              <w:t>Address and licence</w:t>
            </w:r>
          </w:p>
        </w:tc>
        <w:tc>
          <w:tcPr>
            <w:tcW w:w="2613" w:type="dxa"/>
            <w:tcMar>
              <w:top w:w="110" w:type="dxa"/>
              <w:left w:w="120" w:type="dxa"/>
              <w:bottom w:w="110" w:type="dxa"/>
              <w:right w:w="120" w:type="dxa"/>
            </w:tcMar>
            <w:vAlign w:val="center"/>
          </w:tcPr>
          <w:p w14:paraId="2A7085A8"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39C43B66"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382788D4" w14:textId="77777777" w:rsidR="008F4BE9" w:rsidRDefault="008F4BE9">
            <w:pPr>
              <w:spacing w:after="0" w:line="252" w:lineRule="auto"/>
            </w:pPr>
          </w:p>
        </w:tc>
      </w:tr>
      <w:tr w:rsidR="008F4BE9" w14:paraId="696484EB" w14:textId="77777777">
        <w:trPr>
          <w:cantSplit/>
          <w:jc w:val="center"/>
        </w:trPr>
        <w:tc>
          <w:tcPr>
            <w:tcW w:w="2613" w:type="dxa"/>
            <w:tcMar>
              <w:top w:w="110" w:type="dxa"/>
              <w:left w:w="120" w:type="dxa"/>
              <w:bottom w:w="110" w:type="dxa"/>
              <w:right w:w="120" w:type="dxa"/>
            </w:tcMar>
            <w:vAlign w:val="center"/>
          </w:tcPr>
          <w:p w14:paraId="572F1DE7" w14:textId="77777777" w:rsidR="008F4BE9" w:rsidRDefault="00022B0F">
            <w:pPr>
              <w:spacing w:after="0" w:line="252" w:lineRule="auto"/>
            </w:pPr>
            <w:r>
              <w:rPr>
                <w:sz w:val="17"/>
              </w:rPr>
              <w:t>Bank verification</w:t>
            </w:r>
          </w:p>
        </w:tc>
        <w:tc>
          <w:tcPr>
            <w:tcW w:w="2613" w:type="dxa"/>
            <w:tcMar>
              <w:top w:w="110" w:type="dxa"/>
              <w:left w:w="120" w:type="dxa"/>
              <w:bottom w:w="110" w:type="dxa"/>
              <w:right w:w="120" w:type="dxa"/>
            </w:tcMar>
            <w:vAlign w:val="center"/>
          </w:tcPr>
          <w:p w14:paraId="459B148A"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696FC201"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7F729253" w14:textId="77777777" w:rsidR="008F4BE9" w:rsidRDefault="008F4BE9">
            <w:pPr>
              <w:spacing w:after="0" w:line="252" w:lineRule="auto"/>
            </w:pPr>
          </w:p>
        </w:tc>
      </w:tr>
      <w:tr w:rsidR="008F4BE9" w14:paraId="5E68E90F" w14:textId="77777777">
        <w:trPr>
          <w:cantSplit/>
          <w:jc w:val="center"/>
        </w:trPr>
        <w:tc>
          <w:tcPr>
            <w:tcW w:w="2613" w:type="dxa"/>
            <w:tcMar>
              <w:top w:w="110" w:type="dxa"/>
              <w:left w:w="120" w:type="dxa"/>
              <w:bottom w:w="110" w:type="dxa"/>
              <w:right w:w="120" w:type="dxa"/>
            </w:tcMar>
            <w:vAlign w:val="center"/>
          </w:tcPr>
          <w:p w14:paraId="504C147F" w14:textId="77777777" w:rsidR="008F4BE9" w:rsidRDefault="00022B0F">
            <w:pPr>
              <w:spacing w:after="0" w:line="252" w:lineRule="auto"/>
            </w:pPr>
            <w:r>
              <w:rPr>
                <w:sz w:val="17"/>
              </w:rPr>
              <w:t>Financial records</w:t>
            </w:r>
          </w:p>
        </w:tc>
        <w:tc>
          <w:tcPr>
            <w:tcW w:w="2613" w:type="dxa"/>
            <w:tcMar>
              <w:top w:w="110" w:type="dxa"/>
              <w:left w:w="120" w:type="dxa"/>
              <w:bottom w:w="110" w:type="dxa"/>
              <w:right w:w="120" w:type="dxa"/>
            </w:tcMar>
            <w:vAlign w:val="center"/>
          </w:tcPr>
          <w:p w14:paraId="11BB1FE9"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52C3E3F7"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400D6F05" w14:textId="77777777" w:rsidR="008F4BE9" w:rsidRDefault="008F4BE9">
            <w:pPr>
              <w:spacing w:after="0" w:line="252" w:lineRule="auto"/>
            </w:pPr>
          </w:p>
        </w:tc>
      </w:tr>
      <w:tr w:rsidR="008F4BE9" w14:paraId="2F944AEB" w14:textId="77777777">
        <w:trPr>
          <w:cantSplit/>
          <w:jc w:val="center"/>
        </w:trPr>
        <w:tc>
          <w:tcPr>
            <w:tcW w:w="2613" w:type="dxa"/>
            <w:tcMar>
              <w:top w:w="110" w:type="dxa"/>
              <w:left w:w="120" w:type="dxa"/>
              <w:bottom w:w="110" w:type="dxa"/>
              <w:right w:w="120" w:type="dxa"/>
            </w:tcMar>
            <w:vAlign w:val="center"/>
          </w:tcPr>
          <w:p w14:paraId="79C1C0E8" w14:textId="77777777" w:rsidR="008F4BE9" w:rsidRDefault="00022B0F">
            <w:pPr>
              <w:spacing w:after="0" w:line="252" w:lineRule="auto"/>
            </w:pPr>
            <w:r>
              <w:rPr>
                <w:sz w:val="17"/>
              </w:rPr>
              <w:t>Trade references</w:t>
            </w:r>
          </w:p>
        </w:tc>
        <w:tc>
          <w:tcPr>
            <w:tcW w:w="2613" w:type="dxa"/>
            <w:tcMar>
              <w:top w:w="110" w:type="dxa"/>
              <w:left w:w="120" w:type="dxa"/>
              <w:bottom w:w="110" w:type="dxa"/>
              <w:right w:w="120" w:type="dxa"/>
            </w:tcMar>
            <w:vAlign w:val="center"/>
          </w:tcPr>
          <w:p w14:paraId="19128A08"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77461138"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560F9A03" w14:textId="77777777" w:rsidR="008F4BE9" w:rsidRDefault="008F4BE9">
            <w:pPr>
              <w:spacing w:after="0" w:line="252" w:lineRule="auto"/>
            </w:pPr>
          </w:p>
        </w:tc>
      </w:tr>
      <w:tr w:rsidR="008F4BE9" w14:paraId="3B7ED05F" w14:textId="77777777">
        <w:trPr>
          <w:cantSplit/>
          <w:jc w:val="center"/>
        </w:trPr>
        <w:tc>
          <w:tcPr>
            <w:tcW w:w="2613" w:type="dxa"/>
            <w:tcMar>
              <w:top w:w="110" w:type="dxa"/>
              <w:left w:w="120" w:type="dxa"/>
              <w:bottom w:w="110" w:type="dxa"/>
              <w:right w:w="120" w:type="dxa"/>
            </w:tcMar>
            <w:vAlign w:val="center"/>
          </w:tcPr>
          <w:p w14:paraId="670AED70" w14:textId="77777777" w:rsidR="008F4BE9" w:rsidRDefault="00022B0F">
            <w:pPr>
              <w:spacing w:after="0" w:line="252" w:lineRule="auto"/>
            </w:pPr>
            <w:r>
              <w:rPr>
                <w:sz w:val="17"/>
              </w:rPr>
              <w:t>Background declarations</w:t>
            </w:r>
          </w:p>
        </w:tc>
        <w:tc>
          <w:tcPr>
            <w:tcW w:w="2613" w:type="dxa"/>
            <w:tcMar>
              <w:top w:w="110" w:type="dxa"/>
              <w:left w:w="120" w:type="dxa"/>
              <w:bottom w:w="110" w:type="dxa"/>
              <w:right w:w="120" w:type="dxa"/>
            </w:tcMar>
            <w:vAlign w:val="center"/>
          </w:tcPr>
          <w:p w14:paraId="2943DA40"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2B1886B1" w14:textId="77777777" w:rsidR="008F4BE9" w:rsidRDefault="00022B0F">
            <w:pPr>
              <w:spacing w:after="0" w:line="252" w:lineRule="auto"/>
              <w:jc w:val="center"/>
            </w:pPr>
            <w:r>
              <w:rPr>
                <w:sz w:val="17"/>
              </w:rPr>
              <w:t>☐</w:t>
            </w:r>
            <w:r>
              <w:rPr>
                <w:sz w:val="17"/>
              </w:rPr>
              <w:t xml:space="preserve"> Yes  ☐ No</w:t>
            </w:r>
          </w:p>
        </w:tc>
        <w:tc>
          <w:tcPr>
            <w:tcW w:w="2613" w:type="dxa"/>
            <w:tcMar>
              <w:top w:w="110" w:type="dxa"/>
              <w:left w:w="120" w:type="dxa"/>
              <w:bottom w:w="110" w:type="dxa"/>
              <w:right w:w="120" w:type="dxa"/>
            </w:tcMar>
            <w:vAlign w:val="center"/>
          </w:tcPr>
          <w:p w14:paraId="66F40C0A" w14:textId="77777777" w:rsidR="008F4BE9" w:rsidRDefault="008F4BE9">
            <w:pPr>
              <w:spacing w:after="0" w:line="252" w:lineRule="auto"/>
            </w:pPr>
          </w:p>
        </w:tc>
      </w:tr>
      <w:tr w:rsidR="008F4BE9" w14:paraId="5C2CC7C1" w14:textId="77777777">
        <w:trPr>
          <w:cantSplit/>
          <w:jc w:val="center"/>
        </w:trPr>
        <w:tc>
          <w:tcPr>
            <w:tcW w:w="3384" w:type="dxa"/>
            <w:gridSpan w:val="2"/>
            <w:shd w:val="clear" w:color="auto" w:fill="F3F3F3"/>
            <w:tcMar>
              <w:top w:w="110" w:type="dxa"/>
              <w:left w:w="120" w:type="dxa"/>
              <w:bottom w:w="110" w:type="dxa"/>
              <w:right w:w="120" w:type="dxa"/>
            </w:tcMar>
            <w:vAlign w:val="center"/>
          </w:tcPr>
          <w:p w14:paraId="0B0CA634" w14:textId="77777777" w:rsidR="008F4BE9" w:rsidRDefault="00022B0F">
            <w:pPr>
              <w:spacing w:after="0" w:line="252" w:lineRule="auto"/>
            </w:pPr>
            <w:r>
              <w:rPr>
                <w:b/>
                <w:sz w:val="19"/>
              </w:rPr>
              <w:t>Verification outcome</w:t>
            </w:r>
          </w:p>
        </w:tc>
        <w:tc>
          <w:tcPr>
            <w:tcW w:w="6696" w:type="dxa"/>
            <w:gridSpan w:val="2"/>
            <w:tcMar>
              <w:top w:w="110" w:type="dxa"/>
              <w:left w:w="120" w:type="dxa"/>
              <w:bottom w:w="110" w:type="dxa"/>
              <w:right w:w="120" w:type="dxa"/>
            </w:tcMar>
            <w:vAlign w:val="center"/>
          </w:tcPr>
          <w:p w14:paraId="7F50DC9F" w14:textId="77777777" w:rsidR="008F4BE9" w:rsidRDefault="00022B0F">
            <w:pPr>
              <w:spacing w:after="0" w:line="252" w:lineRule="auto"/>
            </w:pPr>
            <w:r>
              <w:rPr>
                <w:sz w:val="19"/>
              </w:rPr>
              <w:t>☐</w:t>
            </w:r>
            <w:r>
              <w:rPr>
                <w:sz w:val="19"/>
              </w:rPr>
              <w:t xml:space="preserve"> Satisfactory   ☐ More information required   ☐ Refer for management review</w:t>
            </w:r>
          </w:p>
        </w:tc>
      </w:tr>
      <w:tr w:rsidR="008F4BE9" w14:paraId="2AE1F268" w14:textId="77777777">
        <w:trPr>
          <w:cantSplit/>
          <w:jc w:val="center"/>
        </w:trPr>
        <w:tc>
          <w:tcPr>
            <w:tcW w:w="3384" w:type="dxa"/>
            <w:gridSpan w:val="2"/>
            <w:shd w:val="clear" w:color="auto" w:fill="F3F3F3"/>
            <w:tcMar>
              <w:top w:w="110" w:type="dxa"/>
              <w:left w:w="120" w:type="dxa"/>
              <w:bottom w:w="110" w:type="dxa"/>
              <w:right w:w="120" w:type="dxa"/>
            </w:tcMar>
            <w:vAlign w:val="center"/>
          </w:tcPr>
          <w:p w14:paraId="3CF82B07" w14:textId="77777777" w:rsidR="008F4BE9" w:rsidRDefault="00022B0F">
            <w:pPr>
              <w:spacing w:after="0" w:line="252" w:lineRule="auto"/>
            </w:pPr>
            <w:r>
              <w:rPr>
                <w:b/>
                <w:sz w:val="19"/>
              </w:rPr>
              <w:t>Reviewed by</w:t>
            </w:r>
          </w:p>
        </w:tc>
        <w:tc>
          <w:tcPr>
            <w:tcW w:w="6696" w:type="dxa"/>
            <w:gridSpan w:val="2"/>
            <w:tcMar>
              <w:top w:w="110" w:type="dxa"/>
              <w:left w:w="120" w:type="dxa"/>
              <w:bottom w:w="110" w:type="dxa"/>
              <w:right w:w="120" w:type="dxa"/>
            </w:tcMar>
            <w:vAlign w:val="center"/>
          </w:tcPr>
          <w:p w14:paraId="1797854F" w14:textId="77777777" w:rsidR="008F4BE9" w:rsidRDefault="00022B0F">
            <w:pPr>
              <w:spacing w:after="0" w:line="252" w:lineRule="auto"/>
            </w:pPr>
            <w:r>
              <w:rPr>
                <w:sz w:val="19"/>
              </w:rPr>
              <w:t>Name: ____________________  Position: ____________________</w:t>
            </w:r>
          </w:p>
        </w:tc>
      </w:tr>
      <w:tr w:rsidR="008F4BE9" w14:paraId="6051CA56" w14:textId="77777777">
        <w:trPr>
          <w:cantSplit/>
          <w:jc w:val="center"/>
        </w:trPr>
        <w:tc>
          <w:tcPr>
            <w:tcW w:w="3384" w:type="dxa"/>
            <w:gridSpan w:val="2"/>
            <w:shd w:val="clear" w:color="auto" w:fill="F3F3F3"/>
            <w:tcMar>
              <w:top w:w="110" w:type="dxa"/>
              <w:left w:w="120" w:type="dxa"/>
              <w:bottom w:w="110" w:type="dxa"/>
              <w:right w:w="120" w:type="dxa"/>
            </w:tcMar>
            <w:vAlign w:val="center"/>
          </w:tcPr>
          <w:p w14:paraId="391D36EE" w14:textId="77777777" w:rsidR="008F4BE9" w:rsidRDefault="00022B0F">
            <w:pPr>
              <w:spacing w:after="0" w:line="252" w:lineRule="auto"/>
            </w:pPr>
            <w:r>
              <w:rPr>
                <w:b/>
                <w:sz w:val="19"/>
              </w:rPr>
              <w:t>Signature and date</w:t>
            </w:r>
          </w:p>
        </w:tc>
        <w:tc>
          <w:tcPr>
            <w:tcW w:w="6696" w:type="dxa"/>
            <w:gridSpan w:val="2"/>
            <w:tcMar>
              <w:top w:w="110" w:type="dxa"/>
              <w:left w:w="120" w:type="dxa"/>
              <w:bottom w:w="110" w:type="dxa"/>
              <w:right w:w="120" w:type="dxa"/>
            </w:tcMar>
            <w:vAlign w:val="center"/>
          </w:tcPr>
          <w:p w14:paraId="30D11650" w14:textId="77777777" w:rsidR="008F4BE9" w:rsidRDefault="00022B0F">
            <w:pPr>
              <w:spacing w:after="0" w:line="252" w:lineRule="auto"/>
            </w:pPr>
            <w:r>
              <w:rPr>
                <w:sz w:val="19"/>
              </w:rPr>
              <w:t>Signature: ______________________________  Date: ____________________</w:t>
            </w:r>
          </w:p>
        </w:tc>
      </w:tr>
    </w:tbl>
    <w:p w14:paraId="3CCC25D3" w14:textId="77777777" w:rsidR="00022B0F" w:rsidRDefault="00022B0F"/>
    <w:sectPr w:rsidR="00022B0F" w:rsidSect="00034616">
      <w:headerReference w:type="default" r:id="rId9"/>
      <w:footerReference w:type="default" r:id="rId10"/>
      <w:headerReference w:type="first" r:id="rId11"/>
      <w:pgSz w:w="12240" w:h="15840"/>
      <w:pgMar w:top="691" w:right="893" w:bottom="792" w:left="893"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DD2310" w14:textId="77777777" w:rsidR="00022B0F" w:rsidRDefault="00022B0F">
      <w:pPr>
        <w:spacing w:after="0" w:line="240" w:lineRule="auto"/>
      </w:pPr>
      <w:r>
        <w:separator/>
      </w:r>
    </w:p>
  </w:endnote>
  <w:endnote w:type="continuationSeparator" w:id="0">
    <w:p w14:paraId="5D6D42C1" w14:textId="77777777" w:rsidR="00022B0F" w:rsidRDefault="00022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227E0A" w14:textId="77777777" w:rsidR="008F4BE9" w:rsidRDefault="00022B0F">
    <w:pPr>
      <w:pStyle w:val="Footer"/>
      <w:jc w:val="center"/>
    </w:pPr>
    <w:r>
      <w:rPr>
        <w:color w:val="6D6D6D"/>
        <w:sz w:val="16"/>
      </w:rPr>
      <w:t xml:space="preserve">Alibaba Appliances </w:t>
    </w:r>
    <w:proofErr w:type="spellStart"/>
    <w:r>
      <w:rPr>
        <w:color w:val="6D6D6D"/>
        <w:sz w:val="16"/>
      </w:rPr>
      <w:t>Sdn</w:t>
    </w:r>
    <w:proofErr w:type="spellEnd"/>
    <w:r>
      <w:rPr>
        <w:color w:val="6D6D6D"/>
        <w:sz w:val="16"/>
      </w:rPr>
      <w:t xml:space="preserve">. Bhd.  </w:t>
    </w:r>
    <w:proofErr w:type="gramStart"/>
    <w:r>
      <w:rPr>
        <w:color w:val="6D6D6D"/>
        <w:sz w:val="16"/>
      </w:rPr>
      <w:t>|  Samview</w:t>
    </w:r>
    <w:proofErr w:type="gramEnd"/>
    <w:r>
      <w:rPr>
        <w:color w:val="6D6D6D"/>
        <w:sz w:val="16"/>
      </w:rPr>
      <w:t xml:space="preserve"> </w:t>
    </w:r>
    <w:proofErr w:type="gramStart"/>
    <w:r>
      <w:rPr>
        <w:color w:val="6D6D6D"/>
        <w:sz w:val="16"/>
      </w:rPr>
      <w:t>Malaysia  |</w:t>
    </w:r>
    <w:proofErr w:type="gramEnd"/>
    <w:r>
      <w:rPr>
        <w:color w:val="6D6D6D"/>
        <w:sz w:val="16"/>
      </w:rPr>
      <w:t xml:space="preserve">  Dealer Company Background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C298F4" w14:textId="77777777" w:rsidR="00022B0F" w:rsidRDefault="00022B0F">
      <w:pPr>
        <w:spacing w:after="0" w:line="240" w:lineRule="auto"/>
      </w:pPr>
      <w:r>
        <w:separator/>
      </w:r>
    </w:p>
  </w:footnote>
  <w:footnote w:type="continuationSeparator" w:id="0">
    <w:p w14:paraId="2F54D6F0" w14:textId="77777777" w:rsidR="00022B0F" w:rsidRDefault="00022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0803EF" w14:textId="77777777" w:rsidR="008F4BE9" w:rsidRDefault="00022B0F">
    <w:pPr>
      <w:pStyle w:val="Header"/>
      <w:jc w:val="right"/>
    </w:pPr>
    <w:r>
      <w:rPr>
        <w:b/>
        <w:color w:val="6D6D6D"/>
        <w:sz w:val="17"/>
      </w:rPr>
      <w:t>SAMVIEW MALAYSIA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FB6DC3" w14:textId="77777777" w:rsidR="008F4BE9" w:rsidRDefault="008F4B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5973663">
    <w:abstractNumId w:val="8"/>
  </w:num>
  <w:num w:numId="2" w16cid:durableId="50690294">
    <w:abstractNumId w:val="6"/>
  </w:num>
  <w:num w:numId="3" w16cid:durableId="326639532">
    <w:abstractNumId w:val="5"/>
  </w:num>
  <w:num w:numId="4" w16cid:durableId="1270896416">
    <w:abstractNumId w:val="4"/>
  </w:num>
  <w:num w:numId="5" w16cid:durableId="1060834973">
    <w:abstractNumId w:val="7"/>
  </w:num>
  <w:num w:numId="6" w16cid:durableId="918251950">
    <w:abstractNumId w:val="3"/>
  </w:num>
  <w:num w:numId="7" w16cid:durableId="1975789225">
    <w:abstractNumId w:val="2"/>
  </w:num>
  <w:num w:numId="8" w16cid:durableId="231241412">
    <w:abstractNumId w:val="1"/>
  </w:num>
  <w:num w:numId="9" w16cid:durableId="14311971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B0F"/>
    <w:rsid w:val="00034616"/>
    <w:rsid w:val="0006063C"/>
    <w:rsid w:val="0007059C"/>
    <w:rsid w:val="0015074B"/>
    <w:rsid w:val="0029639D"/>
    <w:rsid w:val="00326F90"/>
    <w:rsid w:val="006C3EB6"/>
    <w:rsid w:val="008F4BE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6CC52B"/>
  <w14:defaultImageDpi w14:val="300"/>
  <w15:docId w15:val="{3E2D90FB-D244-A24D-A445-D6EEE017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710</Words>
  <Characters>4450</Characters>
  <Application>Microsoft Office Word</Application>
  <DocSecurity>0</DocSecurity>
  <Lines>234</Lines>
  <Paragraphs>156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Samview Dealer Company Background Form</dc:title>
  <dc:subject>Supporting due diligence information for dealer and sales agent applications</dc:subject>
  <dc:creator>Alibaba Appliances Sdn. Bhd.</dc:creator>
  <cp:keywords/>
  <dc:description>generated by python-docx</dc:description>
  <cp:lastModifiedBy>samview Malaysia</cp:lastModifiedBy>
  <cp:revision>2</cp:revision>
  <dcterms:created xsi:type="dcterms:W3CDTF">2026-09-25T04:42:00Z</dcterms:created>
  <dcterms:modified xsi:type="dcterms:W3CDTF">2026-09-25T04:42:00Z</dcterms:modified>
  <cp:category/>
</cp:coreProperties>
</file>